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4A4EA" w14:textId="1DD0F848" w:rsidR="008108F4" w:rsidRPr="000A3120" w:rsidRDefault="00B03494">
      <w:pPr>
        <w:spacing w:before="240" w:after="360"/>
        <w:jc w:val="center"/>
        <w:rPr>
          <w:lang w:val="ru-RU"/>
        </w:rPr>
      </w:pPr>
      <w:r w:rsidRPr="005A7D8A">
        <w:rPr>
          <w:rFonts w:ascii="Times New Roman" w:hAnsi="Times New Roman" w:cs="Times New Roman"/>
          <w:b/>
          <w:color w:val="003366"/>
          <w:sz w:val="32"/>
          <w:lang w:val="ru-RU"/>
        </w:rPr>
        <w:t>ТЕХНІЧНЕ ЗАВДАННЯ</w:t>
      </w:r>
      <w:r w:rsidRPr="005A7D8A">
        <w:rPr>
          <w:rFonts w:ascii="Times New Roman" w:hAnsi="Times New Roman" w:cs="Times New Roman"/>
          <w:b/>
          <w:color w:val="003366"/>
          <w:sz w:val="32"/>
          <w:lang w:val="ru-RU"/>
        </w:rPr>
        <w:br/>
      </w:r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на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розробку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проектної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proofErr w:type="gram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документації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r w:rsidR="000A3120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«</w:t>
      </w:r>
      <w:proofErr w:type="spellStart"/>
      <w:proofErr w:type="gram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Встановлення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наземних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пожежних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гідрантів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r w:rsidR="00B35BD2">
        <w:rPr>
          <w:rFonts w:ascii="Times New Roman" w:hAnsi="Times New Roman" w:cs="Times New Roman"/>
          <w:b/>
          <w:color w:val="46505F"/>
          <w:sz w:val="24"/>
          <w:lang w:val="uk-UA"/>
        </w:rPr>
        <w:t xml:space="preserve">для оперативного відбору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із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підключенням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до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існуючої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мережі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протипожежного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водопроводу на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території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</w:t>
      </w:r>
      <w:proofErr w:type="spellStart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підприємства</w:t>
      </w:r>
      <w:proofErr w:type="spellEnd"/>
      <w:r w:rsidR="00903559"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 в </w:t>
      </w:r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м. </w:t>
      </w:r>
      <w:proofErr w:type="spellStart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>Бровари</w:t>
      </w:r>
      <w:proofErr w:type="spellEnd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м. </w:t>
      </w:r>
      <w:proofErr w:type="spellStart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>Харків</w:t>
      </w:r>
      <w:proofErr w:type="spellEnd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м. Полтава, м. </w:t>
      </w:r>
      <w:proofErr w:type="spellStart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>Вінниця,м</w:t>
      </w:r>
      <w:proofErr w:type="spellEnd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>Запоріжжя,м</w:t>
      </w:r>
      <w:proofErr w:type="spellEnd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Одеса, м. </w:t>
      </w:r>
      <w:proofErr w:type="spellStart"/>
      <w:r w:rsidR="00903559" w:rsidRPr="00B35BD2">
        <w:rPr>
          <w:rFonts w:ascii="Times New Roman" w:hAnsi="Times New Roman" w:cs="Times New Roman"/>
          <w:b/>
          <w:sz w:val="24"/>
          <w:szCs w:val="24"/>
          <w:lang w:val="ru-RU"/>
        </w:rPr>
        <w:t>Дніпро</w:t>
      </w:r>
      <w:proofErr w:type="spellEnd"/>
      <w:r w:rsidRPr="005A7D8A">
        <w:rPr>
          <w:rFonts w:ascii="Times New Roman" w:hAnsi="Times New Roman" w:cs="Times New Roman"/>
          <w:b/>
          <w:color w:val="46505F"/>
          <w:sz w:val="24"/>
          <w:lang w:val="ru-RU"/>
        </w:rPr>
        <w:t>»</w:t>
      </w:r>
      <w:r w:rsidR="000A3120">
        <w:rPr>
          <w:rFonts w:ascii="Times New Roman" w:hAnsi="Times New Roman" w:cs="Times New Roman"/>
          <w:b/>
          <w:color w:val="46505F"/>
          <w:sz w:val="24"/>
          <w:lang w:val="ru-RU"/>
        </w:rPr>
        <w:t>,</w:t>
      </w:r>
      <w:r w:rsidR="000A3120" w:rsidRPr="000A3120">
        <w:rPr>
          <w:rFonts w:ascii="Times New Roman" w:hAnsi="Times New Roman" w:cs="Times New Roman"/>
          <w:b/>
          <w:color w:val="46505F"/>
          <w:sz w:val="24"/>
          <w:lang w:val="ru-RU"/>
        </w:rPr>
        <w:t xml:space="preserve">м. </w:t>
      </w:r>
      <w:proofErr w:type="spellStart"/>
      <w:r w:rsidR="000A3120" w:rsidRPr="000A3120">
        <w:rPr>
          <w:rFonts w:ascii="Times New Roman" w:hAnsi="Times New Roman" w:cs="Times New Roman"/>
          <w:b/>
          <w:color w:val="46505F"/>
          <w:sz w:val="24"/>
          <w:lang w:val="ru-RU"/>
        </w:rPr>
        <w:t>Київ</w:t>
      </w:r>
      <w:proofErr w:type="spellEnd"/>
    </w:p>
    <w:p w14:paraId="4D078E0F" w14:textId="77777777" w:rsidR="008108F4" w:rsidRPr="00903559" w:rsidRDefault="00B03494">
      <w:pPr>
        <w:spacing w:after="360"/>
        <w:jc w:val="center"/>
        <w:rPr>
          <w:lang w:val="ru-RU"/>
        </w:rPr>
      </w:pPr>
      <w:r w:rsidRPr="00903559">
        <w:rPr>
          <w:color w:val="46505F"/>
          <w:lang w:val="ru-RU"/>
        </w:rPr>
        <w:t>__________________________________________________________________</w:t>
      </w:r>
    </w:p>
    <w:p w14:paraId="35E1A240" w14:textId="77777777" w:rsidR="008108F4" w:rsidRPr="00903559" w:rsidRDefault="00B03494">
      <w:pPr>
        <w:keepNext/>
        <w:spacing w:before="320"/>
        <w:rPr>
          <w:lang w:val="ru-RU"/>
        </w:rPr>
      </w:pPr>
      <w:r w:rsidRPr="00903559">
        <w:rPr>
          <w:b/>
          <w:color w:val="003366"/>
          <w:sz w:val="26"/>
          <w:lang w:val="ru-RU"/>
        </w:rPr>
        <w:t xml:space="preserve">1. </w:t>
      </w:r>
      <w:proofErr w:type="spellStart"/>
      <w:r w:rsidRPr="00903559">
        <w:rPr>
          <w:b/>
          <w:color w:val="003366"/>
          <w:sz w:val="26"/>
          <w:lang w:val="ru-RU"/>
        </w:rPr>
        <w:t>Загальні</w:t>
      </w:r>
      <w:proofErr w:type="spellEnd"/>
      <w:r w:rsidRPr="00903559">
        <w:rPr>
          <w:b/>
          <w:color w:val="003366"/>
          <w:sz w:val="26"/>
          <w:lang w:val="ru-RU"/>
        </w:rPr>
        <w:t xml:space="preserve"> </w:t>
      </w:r>
      <w:proofErr w:type="spellStart"/>
      <w:r w:rsidRPr="00903559">
        <w:rPr>
          <w:b/>
          <w:color w:val="003366"/>
          <w:sz w:val="26"/>
          <w:lang w:val="ru-RU"/>
        </w:rPr>
        <w:t>дані</w:t>
      </w:r>
      <w:proofErr w:type="spellEnd"/>
      <w:r w:rsidRPr="00903559">
        <w:rPr>
          <w:b/>
          <w:color w:val="003366"/>
          <w:sz w:val="26"/>
          <w:lang w:val="ru-RU"/>
        </w:rPr>
        <w:t xml:space="preserve"> та </w:t>
      </w:r>
      <w:proofErr w:type="spellStart"/>
      <w:r w:rsidRPr="00903559">
        <w:rPr>
          <w:b/>
          <w:color w:val="003366"/>
          <w:sz w:val="26"/>
          <w:lang w:val="ru-RU"/>
        </w:rPr>
        <w:t>підстави</w:t>
      </w:r>
      <w:proofErr w:type="spellEnd"/>
      <w:r w:rsidRPr="00903559">
        <w:rPr>
          <w:b/>
          <w:color w:val="003366"/>
          <w:sz w:val="26"/>
          <w:lang w:val="ru-RU"/>
        </w:rPr>
        <w:t xml:space="preserve"> для </w:t>
      </w:r>
      <w:proofErr w:type="spellStart"/>
      <w:r w:rsidRPr="00903559">
        <w:rPr>
          <w:b/>
          <w:color w:val="003366"/>
          <w:sz w:val="26"/>
          <w:lang w:val="ru-RU"/>
        </w:rPr>
        <w:t>проектування</w:t>
      </w:r>
      <w:proofErr w:type="spellEnd"/>
    </w:p>
    <w:p w14:paraId="2C1A520F" w14:textId="0E3895F6" w:rsidR="008108F4" w:rsidRPr="00A12B62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Підстава</w:t>
      </w:r>
      <w:proofErr w:type="spellEnd"/>
      <w:r w:rsidRPr="00903559">
        <w:rPr>
          <w:b/>
          <w:lang w:val="ru-RU"/>
        </w:rPr>
        <w:t xml:space="preserve"> для </w:t>
      </w:r>
      <w:proofErr w:type="spellStart"/>
      <w:r w:rsidRPr="00903559">
        <w:rPr>
          <w:b/>
          <w:lang w:val="ru-RU"/>
        </w:rPr>
        <w:t>проектування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proofErr w:type="spellStart"/>
      <w:r w:rsidR="00A12B62">
        <w:rPr>
          <w:lang w:val="ru-RU"/>
        </w:rPr>
        <w:t>В</w:t>
      </w:r>
      <w:r w:rsidRPr="00903559">
        <w:rPr>
          <w:lang w:val="ru-RU"/>
        </w:rPr>
        <w:t>имоги</w:t>
      </w:r>
      <w:proofErr w:type="spellEnd"/>
      <w:r w:rsidRPr="00903559">
        <w:rPr>
          <w:lang w:val="ru-RU"/>
        </w:rPr>
        <w:t xml:space="preserve"> Кодексу </w:t>
      </w:r>
      <w:proofErr w:type="spellStart"/>
      <w:r w:rsidRPr="00903559">
        <w:rPr>
          <w:lang w:val="ru-RU"/>
        </w:rPr>
        <w:t>цивільного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захисту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України</w:t>
      </w:r>
      <w:proofErr w:type="spellEnd"/>
      <w:r w:rsidRPr="00903559">
        <w:rPr>
          <w:lang w:val="ru-RU"/>
        </w:rPr>
        <w:t>, ДБН В.2.5-74:2013 «</w:t>
      </w:r>
      <w:proofErr w:type="spellStart"/>
      <w:r w:rsidRPr="00903559">
        <w:rPr>
          <w:lang w:val="ru-RU"/>
        </w:rPr>
        <w:t>Водопостачання</w:t>
      </w:r>
      <w:proofErr w:type="spellEnd"/>
      <w:r w:rsidRPr="00903559">
        <w:rPr>
          <w:lang w:val="ru-RU"/>
        </w:rPr>
        <w:t xml:space="preserve">. </w:t>
      </w:r>
      <w:proofErr w:type="spellStart"/>
      <w:r w:rsidRPr="00A12B62">
        <w:rPr>
          <w:lang w:val="ru-RU"/>
        </w:rPr>
        <w:t>Зовнішні</w:t>
      </w:r>
      <w:proofErr w:type="spellEnd"/>
      <w:r w:rsidRPr="00A12B62">
        <w:rPr>
          <w:lang w:val="ru-RU"/>
        </w:rPr>
        <w:t xml:space="preserve"> </w:t>
      </w:r>
      <w:proofErr w:type="spellStart"/>
      <w:r w:rsidRPr="00A12B62">
        <w:rPr>
          <w:lang w:val="ru-RU"/>
        </w:rPr>
        <w:t>мережі</w:t>
      </w:r>
      <w:proofErr w:type="spellEnd"/>
      <w:r w:rsidRPr="00A12B62">
        <w:rPr>
          <w:lang w:val="ru-RU"/>
        </w:rPr>
        <w:t xml:space="preserve"> та </w:t>
      </w:r>
      <w:proofErr w:type="spellStart"/>
      <w:r w:rsidRPr="00A12B62">
        <w:rPr>
          <w:lang w:val="ru-RU"/>
        </w:rPr>
        <w:t>споруди</w:t>
      </w:r>
      <w:proofErr w:type="spellEnd"/>
      <w:r w:rsidRPr="00A12B62">
        <w:rPr>
          <w:lang w:val="ru-RU"/>
        </w:rPr>
        <w:t>».</w:t>
      </w:r>
    </w:p>
    <w:p w14:paraId="08CAD701" w14:textId="396047D5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Стадійність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проектування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Робочий</w:t>
      </w:r>
      <w:proofErr w:type="spellEnd"/>
      <w:r w:rsidRPr="00903559">
        <w:rPr>
          <w:lang w:val="ru-RU"/>
        </w:rPr>
        <w:t xml:space="preserve"> проект (РП) </w:t>
      </w:r>
    </w:p>
    <w:p w14:paraId="68A6F4C3" w14:textId="1B194A96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Замовник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r w:rsidR="00903559">
        <w:rPr>
          <w:lang w:val="ru-RU"/>
        </w:rPr>
        <w:t xml:space="preserve">СП </w:t>
      </w:r>
      <w:proofErr w:type="gramStart"/>
      <w:r w:rsidR="00903559">
        <w:rPr>
          <w:lang w:val="ru-RU"/>
        </w:rPr>
        <w:t>« Оптіма</w:t>
      </w:r>
      <w:proofErr w:type="gramEnd"/>
      <w:r w:rsidR="00903559">
        <w:rPr>
          <w:lang w:val="ru-RU"/>
        </w:rPr>
        <w:t>-</w:t>
      </w:r>
      <w:proofErr w:type="spellStart"/>
      <w:r w:rsidR="00903559">
        <w:rPr>
          <w:lang w:val="ru-RU"/>
        </w:rPr>
        <w:t>Фарм,Лтд</w:t>
      </w:r>
      <w:proofErr w:type="spellEnd"/>
      <w:r w:rsidR="00903559">
        <w:rPr>
          <w:lang w:val="ru-RU"/>
        </w:rPr>
        <w:t>»</w:t>
      </w:r>
      <w:r w:rsidRPr="00903559">
        <w:rPr>
          <w:lang w:val="ru-RU"/>
        </w:rPr>
        <w:t>.</w:t>
      </w:r>
    </w:p>
    <w:p w14:paraId="6808CDE8" w14:textId="21DC4121" w:rsidR="008108F4" w:rsidRPr="00903559" w:rsidRDefault="00903559">
      <w:pPr>
        <w:pStyle w:val="a0"/>
        <w:spacing w:after="80"/>
        <w:rPr>
          <w:lang w:val="ru-RU"/>
        </w:rPr>
      </w:pPr>
      <w:proofErr w:type="spellStart"/>
      <w:r>
        <w:rPr>
          <w:b/>
          <w:lang w:val="ru-RU"/>
        </w:rPr>
        <w:t>П</w:t>
      </w:r>
      <w:r w:rsidR="00B03494" w:rsidRPr="00903559">
        <w:rPr>
          <w:b/>
          <w:lang w:val="ru-RU"/>
        </w:rPr>
        <w:t>роектувальник</w:t>
      </w:r>
      <w:proofErr w:type="spellEnd"/>
      <w:r w:rsidR="00B03494" w:rsidRPr="00903559">
        <w:rPr>
          <w:b/>
          <w:lang w:val="ru-RU"/>
        </w:rPr>
        <w:t>:</w:t>
      </w:r>
      <w:r w:rsidR="00B03494" w:rsidRPr="00903559">
        <w:rPr>
          <w:lang w:val="ru-RU"/>
        </w:rPr>
        <w:t xml:space="preserve"> </w:t>
      </w:r>
      <w:proofErr w:type="spellStart"/>
      <w:r w:rsidR="00B03494" w:rsidRPr="00903559">
        <w:rPr>
          <w:lang w:val="ru-RU"/>
        </w:rPr>
        <w:t>Визначається</w:t>
      </w:r>
      <w:proofErr w:type="spellEnd"/>
      <w:r w:rsidR="00B03494" w:rsidRPr="00903559">
        <w:rPr>
          <w:lang w:val="ru-RU"/>
        </w:rPr>
        <w:t xml:space="preserve"> за результатами тендеру.</w:t>
      </w:r>
    </w:p>
    <w:p w14:paraId="34D01ACB" w14:textId="77777777" w:rsidR="008108F4" w:rsidRPr="00903559" w:rsidRDefault="00B03494">
      <w:pPr>
        <w:keepNext/>
        <w:spacing w:before="320"/>
        <w:rPr>
          <w:lang w:val="ru-RU"/>
        </w:rPr>
      </w:pPr>
      <w:r w:rsidRPr="00903559">
        <w:rPr>
          <w:b/>
          <w:color w:val="003366"/>
          <w:sz w:val="26"/>
          <w:lang w:val="ru-RU"/>
        </w:rPr>
        <w:t xml:space="preserve">2. </w:t>
      </w:r>
      <w:proofErr w:type="spellStart"/>
      <w:r w:rsidRPr="00903559">
        <w:rPr>
          <w:b/>
          <w:color w:val="003366"/>
          <w:sz w:val="26"/>
          <w:lang w:val="ru-RU"/>
        </w:rPr>
        <w:t>Основні</w:t>
      </w:r>
      <w:proofErr w:type="spellEnd"/>
      <w:r w:rsidRPr="00903559">
        <w:rPr>
          <w:b/>
          <w:color w:val="003366"/>
          <w:sz w:val="26"/>
          <w:lang w:val="ru-RU"/>
        </w:rPr>
        <w:t xml:space="preserve"> </w:t>
      </w:r>
      <w:proofErr w:type="spellStart"/>
      <w:r w:rsidRPr="00903559">
        <w:rPr>
          <w:b/>
          <w:color w:val="003366"/>
          <w:sz w:val="26"/>
          <w:lang w:val="ru-RU"/>
        </w:rPr>
        <w:t>вихідні</w:t>
      </w:r>
      <w:proofErr w:type="spellEnd"/>
      <w:r w:rsidRPr="00903559">
        <w:rPr>
          <w:b/>
          <w:color w:val="003366"/>
          <w:sz w:val="26"/>
          <w:lang w:val="ru-RU"/>
        </w:rPr>
        <w:t xml:space="preserve"> </w:t>
      </w:r>
      <w:proofErr w:type="spellStart"/>
      <w:r w:rsidRPr="00903559">
        <w:rPr>
          <w:b/>
          <w:color w:val="003366"/>
          <w:sz w:val="26"/>
          <w:lang w:val="ru-RU"/>
        </w:rPr>
        <w:t>дані</w:t>
      </w:r>
      <w:proofErr w:type="spellEnd"/>
    </w:p>
    <w:p w14:paraId="4BDE0692" w14:textId="7D7756DA" w:rsidR="00903559" w:rsidRPr="00903559" w:rsidRDefault="000A3120" w:rsidP="009035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Hlk231482023"/>
      <w:r>
        <w:rPr>
          <w:b/>
          <w:lang w:val="ru-RU"/>
        </w:rPr>
        <w:tab/>
        <w:t xml:space="preserve">На </w:t>
      </w:r>
      <w:proofErr w:type="spellStart"/>
      <w:r>
        <w:rPr>
          <w:b/>
          <w:lang w:val="ru-RU"/>
        </w:rPr>
        <w:t>території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підприємства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вже</w:t>
      </w:r>
      <w:proofErr w:type="spellEnd"/>
      <w:r>
        <w:rPr>
          <w:b/>
          <w:lang w:val="ru-RU"/>
        </w:rPr>
        <w:t xml:space="preserve"> є </w:t>
      </w:r>
      <w:proofErr w:type="spellStart"/>
      <w:r>
        <w:rPr>
          <w:b/>
          <w:lang w:val="ru-RU"/>
        </w:rPr>
        <w:t>підземні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пожежні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гидранти</w:t>
      </w:r>
      <w:proofErr w:type="spellEnd"/>
      <w:r>
        <w:rPr>
          <w:b/>
          <w:lang w:val="ru-RU"/>
        </w:rPr>
        <w:t xml:space="preserve"> </w:t>
      </w:r>
      <w:r w:rsidR="00074DF1">
        <w:rPr>
          <w:b/>
          <w:lang w:val="ru-RU"/>
        </w:rPr>
        <w:t>з</w:t>
      </w:r>
      <w:r w:rsidR="00B03494" w:rsidRPr="00903559">
        <w:rPr>
          <w:b/>
          <w:lang w:val="ru-RU"/>
        </w:rPr>
        <w:t xml:space="preserve"> </w:t>
      </w:r>
      <w:proofErr w:type="spellStart"/>
      <w:r w:rsidR="00B03494" w:rsidRPr="00903559">
        <w:rPr>
          <w:b/>
          <w:lang w:val="ru-RU"/>
        </w:rPr>
        <w:t>розміщення</w:t>
      </w:r>
      <w:r w:rsidR="00074DF1">
        <w:rPr>
          <w:b/>
          <w:lang w:val="ru-RU"/>
        </w:rPr>
        <w:t>м</w:t>
      </w:r>
      <w:proofErr w:type="spellEnd"/>
      <w:r w:rsidR="00074DF1">
        <w:rPr>
          <w:b/>
          <w:lang w:val="ru-RU"/>
        </w:rPr>
        <w:t xml:space="preserve"> на </w:t>
      </w:r>
      <w:proofErr w:type="spellStart"/>
      <w:r w:rsidR="00B03494" w:rsidRPr="00903559">
        <w:rPr>
          <w:b/>
          <w:lang w:val="ru-RU"/>
        </w:rPr>
        <w:t>об'єкта</w:t>
      </w:r>
      <w:r w:rsidR="00074DF1">
        <w:rPr>
          <w:b/>
          <w:lang w:val="ru-RU"/>
        </w:rPr>
        <w:t>х</w:t>
      </w:r>
      <w:proofErr w:type="spellEnd"/>
      <w:r w:rsidR="00074DF1">
        <w:rPr>
          <w:b/>
          <w:lang w:val="ru-RU"/>
        </w:rPr>
        <w:t xml:space="preserve"> в</w:t>
      </w:r>
      <w:r w:rsidR="006A139E">
        <w:rPr>
          <w:b/>
          <w:lang w:val="ru-RU"/>
        </w:rPr>
        <w:t xml:space="preserve"> </w:t>
      </w:r>
      <w:proofErr w:type="spellStart"/>
      <w:r w:rsidR="006A139E">
        <w:rPr>
          <w:b/>
          <w:lang w:val="ru-RU"/>
        </w:rPr>
        <w:t>кількості</w:t>
      </w:r>
      <w:proofErr w:type="spellEnd"/>
      <w:r w:rsidR="00B03494" w:rsidRPr="00903559">
        <w:rPr>
          <w:b/>
          <w:lang w:val="ru-RU"/>
        </w:rPr>
        <w:t>:</w:t>
      </w:r>
      <w:r w:rsidR="00B03494" w:rsidRPr="00903559">
        <w:rPr>
          <w:lang w:val="ru-RU"/>
        </w:rPr>
        <w:t xml:space="preserve"> </w:t>
      </w:r>
      <w:r w:rsidR="00903559" w:rsidRPr="00903559">
        <w:rPr>
          <w:rFonts w:ascii="Times New Roman" w:hAnsi="Times New Roman" w:cs="Times New Roman"/>
          <w:b/>
          <w:sz w:val="24"/>
          <w:szCs w:val="24"/>
          <w:lang w:val="ru-RU"/>
        </w:rPr>
        <w:t>м. Бровари-6шт, м. Харків-4т, м. Полтава-4шт, м. Вінниця-2шт,</w:t>
      </w:r>
      <w:r w:rsidR="009035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03559" w:rsidRPr="00903559">
        <w:rPr>
          <w:rFonts w:ascii="Times New Roman" w:hAnsi="Times New Roman" w:cs="Times New Roman"/>
          <w:b/>
          <w:sz w:val="24"/>
          <w:szCs w:val="24"/>
          <w:lang w:val="ru-RU"/>
        </w:rPr>
        <w:t>м. Запоріжжя-2шт,</w:t>
      </w:r>
      <w:r w:rsidR="009035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03559" w:rsidRPr="00903559">
        <w:rPr>
          <w:rFonts w:ascii="Times New Roman" w:hAnsi="Times New Roman" w:cs="Times New Roman"/>
          <w:b/>
          <w:sz w:val="24"/>
          <w:szCs w:val="24"/>
          <w:lang w:val="ru-RU"/>
        </w:rPr>
        <w:t>м. Одеса-2шт, м. Дніпро-1шт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м.Київ-3шт.</w:t>
      </w:r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необхідно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виконати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роботи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</w:t>
      </w:r>
      <w:proofErr w:type="spellStart"/>
      <w:proofErr w:type="gram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проектуванню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,</w:t>
      </w:r>
      <w:proofErr w:type="gram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експертизі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монтажу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наземних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пожежних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гідрантів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захистом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від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>пошкодженя</w:t>
      </w:r>
      <w:proofErr w:type="spellEnd"/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існуючих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водопровідних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мереж на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території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підприємств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Розміщення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 15 м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від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існуючих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підземних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гідрантів</w:t>
      </w:r>
      <w:proofErr w:type="spellEnd"/>
      <w:r w:rsidR="0055001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6A13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bookmarkEnd w:id="0"/>
    <w:p w14:paraId="64E3DBDB" w14:textId="62EDB29B" w:rsidR="008108F4" w:rsidRDefault="00B03494" w:rsidP="000A3120">
      <w:pPr>
        <w:pStyle w:val="a0"/>
        <w:tabs>
          <w:tab w:val="clear" w:pos="360"/>
          <w:tab w:val="num" w:pos="284"/>
        </w:tabs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Джерело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водопостачання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Існуюча</w:t>
      </w:r>
      <w:proofErr w:type="spellEnd"/>
      <w:r w:rsidRPr="00903559">
        <w:rPr>
          <w:lang w:val="ru-RU"/>
        </w:rPr>
        <w:t xml:space="preserve"> мережа </w:t>
      </w:r>
      <w:proofErr w:type="spellStart"/>
      <w:r w:rsidRPr="00903559">
        <w:rPr>
          <w:lang w:val="ru-RU"/>
        </w:rPr>
        <w:t>протипожежного</w:t>
      </w:r>
      <w:proofErr w:type="spellEnd"/>
      <w:r w:rsidRPr="00903559">
        <w:rPr>
          <w:lang w:val="ru-RU"/>
        </w:rPr>
        <w:t xml:space="preserve"> водопроводу </w:t>
      </w:r>
      <w:proofErr w:type="spellStart"/>
      <w:r w:rsidRPr="00903559">
        <w:rPr>
          <w:lang w:val="ru-RU"/>
        </w:rPr>
        <w:t>підприємства</w:t>
      </w:r>
      <w:proofErr w:type="spellEnd"/>
      <w:r w:rsidRPr="00903559">
        <w:rPr>
          <w:lang w:val="ru-RU"/>
        </w:rPr>
        <w:t>.</w:t>
      </w:r>
    </w:p>
    <w:p w14:paraId="14764125" w14:textId="76A28050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Матеріал</w:t>
      </w:r>
      <w:proofErr w:type="spellEnd"/>
      <w:r w:rsidRPr="00903559">
        <w:rPr>
          <w:b/>
          <w:lang w:val="ru-RU"/>
        </w:rPr>
        <w:t xml:space="preserve"> та </w:t>
      </w:r>
      <w:proofErr w:type="spellStart"/>
      <w:r w:rsidRPr="00903559">
        <w:rPr>
          <w:b/>
          <w:lang w:val="ru-RU"/>
        </w:rPr>
        <w:t>діаметр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існуючих</w:t>
      </w:r>
      <w:proofErr w:type="spellEnd"/>
      <w:r w:rsidRPr="00903559">
        <w:rPr>
          <w:b/>
          <w:lang w:val="ru-RU"/>
        </w:rPr>
        <w:t xml:space="preserve"> труб:</w:t>
      </w:r>
      <w:r w:rsidRPr="00903559">
        <w:rPr>
          <w:lang w:val="ru-RU"/>
        </w:rPr>
        <w:t xml:space="preserve"> сталь </w:t>
      </w:r>
      <w:proofErr w:type="spellStart"/>
      <w:r w:rsidRPr="00903559">
        <w:rPr>
          <w:lang w:val="ru-RU"/>
        </w:rPr>
        <w:t>Ду</w:t>
      </w:r>
      <w:proofErr w:type="spellEnd"/>
      <w:r w:rsidRPr="00903559">
        <w:rPr>
          <w:lang w:val="ru-RU"/>
        </w:rPr>
        <w:t xml:space="preserve"> </w:t>
      </w:r>
      <w:r w:rsidR="0055001B">
        <w:rPr>
          <w:lang w:val="ru-RU"/>
        </w:rPr>
        <w:t>100,</w:t>
      </w:r>
      <w:r w:rsidRPr="00903559">
        <w:rPr>
          <w:lang w:val="ru-RU"/>
        </w:rPr>
        <w:t xml:space="preserve">150, </w:t>
      </w:r>
      <w:proofErr w:type="spellStart"/>
      <w:r w:rsidRPr="00903559">
        <w:rPr>
          <w:lang w:val="ru-RU"/>
        </w:rPr>
        <w:t>поліетилен</w:t>
      </w:r>
      <w:proofErr w:type="spellEnd"/>
      <w:r w:rsidRPr="00903559">
        <w:rPr>
          <w:lang w:val="ru-RU"/>
        </w:rPr>
        <w:t xml:space="preserve"> ПЕ-100 Ø160 мм </w:t>
      </w:r>
      <w:proofErr w:type="spellStart"/>
      <w:r w:rsidRPr="00903559">
        <w:rPr>
          <w:lang w:val="ru-RU"/>
        </w:rPr>
        <w:t>тощо</w:t>
      </w:r>
      <w:proofErr w:type="spellEnd"/>
      <w:r w:rsidRPr="00903559">
        <w:rPr>
          <w:lang w:val="ru-RU"/>
        </w:rPr>
        <w:t>.</w:t>
      </w:r>
    </w:p>
    <w:p w14:paraId="17ADE117" w14:textId="6C8957BF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Гарантований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тиск</w:t>
      </w:r>
      <w:proofErr w:type="spellEnd"/>
      <w:r w:rsidRPr="00903559">
        <w:rPr>
          <w:b/>
          <w:lang w:val="ru-RU"/>
        </w:rPr>
        <w:t xml:space="preserve"> у </w:t>
      </w:r>
      <w:proofErr w:type="spellStart"/>
      <w:r w:rsidRPr="00903559">
        <w:rPr>
          <w:b/>
          <w:lang w:val="ru-RU"/>
        </w:rPr>
        <w:t>точці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підключення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r w:rsidR="005A7D8A" w:rsidRPr="005A7D8A">
        <w:rPr>
          <w:lang w:val="ru-RU"/>
        </w:rPr>
        <w:t>4</w:t>
      </w:r>
      <w:r w:rsidRPr="00903559">
        <w:rPr>
          <w:lang w:val="ru-RU"/>
        </w:rPr>
        <w:t xml:space="preserve"> МПа.</w:t>
      </w:r>
    </w:p>
    <w:p w14:paraId="04A0EF20" w14:textId="19032A62" w:rsidR="008108F4" w:rsidRPr="00903559" w:rsidRDefault="00B03494">
      <w:pPr>
        <w:keepNext/>
        <w:spacing w:before="320"/>
        <w:rPr>
          <w:lang w:val="ru-RU"/>
        </w:rPr>
      </w:pPr>
      <w:r w:rsidRPr="00903559">
        <w:rPr>
          <w:b/>
          <w:color w:val="003366"/>
          <w:sz w:val="26"/>
          <w:lang w:val="ru-RU"/>
        </w:rPr>
        <w:t xml:space="preserve">3. </w:t>
      </w:r>
      <w:proofErr w:type="spellStart"/>
      <w:r w:rsidRPr="00903559">
        <w:rPr>
          <w:b/>
          <w:color w:val="003366"/>
          <w:sz w:val="26"/>
          <w:lang w:val="ru-RU"/>
        </w:rPr>
        <w:t>Технічні</w:t>
      </w:r>
      <w:proofErr w:type="spellEnd"/>
      <w:r w:rsidRPr="00903559">
        <w:rPr>
          <w:b/>
          <w:color w:val="003366"/>
          <w:sz w:val="26"/>
          <w:lang w:val="ru-RU"/>
        </w:rPr>
        <w:t xml:space="preserve"> </w:t>
      </w:r>
      <w:proofErr w:type="spellStart"/>
      <w:r w:rsidRPr="00903559">
        <w:rPr>
          <w:b/>
          <w:color w:val="003366"/>
          <w:sz w:val="26"/>
          <w:lang w:val="ru-RU"/>
        </w:rPr>
        <w:t>вимоги</w:t>
      </w:r>
      <w:proofErr w:type="spellEnd"/>
      <w:r w:rsidRPr="00903559">
        <w:rPr>
          <w:b/>
          <w:color w:val="003366"/>
          <w:sz w:val="26"/>
          <w:lang w:val="ru-RU"/>
        </w:rPr>
        <w:t xml:space="preserve"> до </w:t>
      </w:r>
      <w:proofErr w:type="spellStart"/>
      <w:r w:rsidRPr="00903559">
        <w:rPr>
          <w:b/>
          <w:color w:val="003366"/>
          <w:sz w:val="26"/>
          <w:lang w:val="ru-RU"/>
        </w:rPr>
        <w:t>проектних</w:t>
      </w:r>
      <w:proofErr w:type="spellEnd"/>
      <w:r w:rsidRPr="00903559">
        <w:rPr>
          <w:b/>
          <w:color w:val="003366"/>
          <w:sz w:val="26"/>
          <w:lang w:val="ru-RU"/>
        </w:rPr>
        <w:t xml:space="preserve"> </w:t>
      </w:r>
      <w:proofErr w:type="spellStart"/>
      <w:r w:rsidRPr="00903559">
        <w:rPr>
          <w:b/>
          <w:color w:val="003366"/>
          <w:sz w:val="26"/>
          <w:lang w:val="ru-RU"/>
        </w:rPr>
        <w:t>рішень</w:t>
      </w:r>
      <w:proofErr w:type="spellEnd"/>
    </w:p>
    <w:p w14:paraId="2D0241D8" w14:textId="0BB93BB7" w:rsidR="008108F4" w:rsidRPr="00903559" w:rsidRDefault="00B03494">
      <w:pPr>
        <w:keepNext/>
        <w:spacing w:before="200" w:after="80"/>
        <w:rPr>
          <w:lang w:val="ru-RU"/>
        </w:rPr>
      </w:pPr>
      <w:r w:rsidRPr="00903559">
        <w:rPr>
          <w:b/>
          <w:color w:val="46505F"/>
          <w:sz w:val="23"/>
          <w:lang w:val="ru-RU"/>
        </w:rPr>
        <w:t xml:space="preserve">3.1. </w:t>
      </w:r>
      <w:proofErr w:type="spellStart"/>
      <w:r w:rsidRPr="00903559">
        <w:rPr>
          <w:b/>
          <w:color w:val="46505F"/>
          <w:sz w:val="23"/>
          <w:lang w:val="ru-RU"/>
        </w:rPr>
        <w:t>Вимоги</w:t>
      </w:r>
      <w:proofErr w:type="spellEnd"/>
      <w:r w:rsidRPr="00903559">
        <w:rPr>
          <w:b/>
          <w:color w:val="46505F"/>
          <w:sz w:val="23"/>
          <w:lang w:val="ru-RU"/>
        </w:rPr>
        <w:t xml:space="preserve"> до </w:t>
      </w:r>
      <w:proofErr w:type="spellStart"/>
      <w:r w:rsidRPr="00903559">
        <w:rPr>
          <w:b/>
          <w:color w:val="46505F"/>
          <w:sz w:val="23"/>
          <w:lang w:val="ru-RU"/>
        </w:rPr>
        <w:t>обладнання</w:t>
      </w:r>
      <w:proofErr w:type="spellEnd"/>
      <w:r w:rsidRPr="00903559">
        <w:rPr>
          <w:b/>
          <w:color w:val="46505F"/>
          <w:sz w:val="23"/>
          <w:lang w:val="ru-RU"/>
        </w:rPr>
        <w:t xml:space="preserve"> </w:t>
      </w:r>
    </w:p>
    <w:p w14:paraId="2DF28560" w14:textId="48A21408" w:rsidR="00B35BD2" w:rsidRDefault="00B03494" w:rsidP="00B35BD2">
      <w:pPr>
        <w:pStyle w:val="aff8"/>
      </w:pPr>
      <w:r w:rsidRPr="00903559">
        <w:rPr>
          <w:b/>
        </w:rPr>
        <w:t xml:space="preserve">Тип </w:t>
      </w:r>
      <w:proofErr w:type="spellStart"/>
      <w:r w:rsidRPr="00903559">
        <w:rPr>
          <w:b/>
        </w:rPr>
        <w:t>гідранта</w:t>
      </w:r>
      <w:proofErr w:type="spellEnd"/>
      <w:r w:rsidRPr="00903559">
        <w:rPr>
          <w:b/>
        </w:rPr>
        <w:t>:</w:t>
      </w:r>
      <w:r w:rsidRPr="00903559">
        <w:t xml:space="preserve"> </w:t>
      </w:r>
      <w:proofErr w:type="spellStart"/>
      <w:r w:rsidRPr="00903559">
        <w:t>Пожежний</w:t>
      </w:r>
      <w:proofErr w:type="spellEnd"/>
      <w:r w:rsidRPr="00903559">
        <w:t xml:space="preserve"> </w:t>
      </w:r>
      <w:proofErr w:type="spellStart"/>
      <w:r w:rsidRPr="00903559">
        <w:t>наземний</w:t>
      </w:r>
      <w:proofErr w:type="spellEnd"/>
      <w:r w:rsidRPr="00903559">
        <w:t xml:space="preserve"> </w:t>
      </w:r>
      <w:proofErr w:type="spellStart"/>
      <w:r w:rsidRPr="00903559">
        <w:t>гідрант</w:t>
      </w:r>
      <w:proofErr w:type="spellEnd"/>
      <w:r w:rsidRPr="00903559">
        <w:t xml:space="preserve"> </w:t>
      </w:r>
      <w:proofErr w:type="spellStart"/>
      <w:r w:rsidRPr="00903559">
        <w:t>із</w:t>
      </w:r>
      <w:proofErr w:type="spellEnd"/>
      <w:r w:rsidRPr="00903559">
        <w:t xml:space="preserve"> </w:t>
      </w:r>
      <w:proofErr w:type="spellStart"/>
      <w:r w:rsidRPr="00903559">
        <w:t>функцією</w:t>
      </w:r>
      <w:proofErr w:type="spellEnd"/>
      <w:r w:rsidRPr="00903559">
        <w:t xml:space="preserve"> автоматичного </w:t>
      </w:r>
      <w:proofErr w:type="spellStart"/>
      <w:r w:rsidRPr="00903559">
        <w:t>спорожнення</w:t>
      </w:r>
      <w:proofErr w:type="spellEnd"/>
      <w:r w:rsidRPr="00903559">
        <w:t xml:space="preserve"> (для </w:t>
      </w:r>
      <w:proofErr w:type="spellStart"/>
      <w:r w:rsidRPr="00903559">
        <w:t>захисту</w:t>
      </w:r>
      <w:proofErr w:type="spellEnd"/>
      <w:r w:rsidRPr="00903559">
        <w:t xml:space="preserve"> </w:t>
      </w:r>
      <w:proofErr w:type="spellStart"/>
      <w:r w:rsidRPr="00903559">
        <w:t>від</w:t>
      </w:r>
      <w:proofErr w:type="spellEnd"/>
      <w:r w:rsidRPr="00903559">
        <w:t xml:space="preserve"> </w:t>
      </w:r>
      <w:proofErr w:type="spellStart"/>
      <w:r w:rsidRPr="00903559">
        <w:t>замерзання</w:t>
      </w:r>
      <w:proofErr w:type="spellEnd"/>
      <w:r w:rsidRPr="00903559">
        <w:t xml:space="preserve"> </w:t>
      </w:r>
      <w:proofErr w:type="spellStart"/>
      <w:r w:rsidRPr="00903559">
        <w:t>взимку</w:t>
      </w:r>
      <w:proofErr w:type="spellEnd"/>
      <w:r w:rsidRPr="00903559">
        <w:t xml:space="preserve">) та </w:t>
      </w:r>
      <w:proofErr w:type="spellStart"/>
      <w:r w:rsidRPr="00903559">
        <w:t>ламаним</w:t>
      </w:r>
      <w:proofErr w:type="spellEnd"/>
      <w:r w:rsidRPr="00903559">
        <w:t xml:space="preserve"> штоком (</w:t>
      </w:r>
      <w:proofErr w:type="spellStart"/>
      <w:r w:rsidRPr="00903559">
        <w:t>захист</w:t>
      </w:r>
      <w:proofErr w:type="spellEnd"/>
      <w:r w:rsidRPr="00903559">
        <w:t xml:space="preserve"> </w:t>
      </w:r>
      <w:proofErr w:type="spellStart"/>
      <w:r w:rsidRPr="00903559">
        <w:t>від</w:t>
      </w:r>
      <w:proofErr w:type="spellEnd"/>
      <w:r w:rsidRPr="00903559">
        <w:t xml:space="preserve"> </w:t>
      </w:r>
      <w:proofErr w:type="spellStart"/>
      <w:r w:rsidRPr="00903559">
        <w:t>витоку</w:t>
      </w:r>
      <w:proofErr w:type="spellEnd"/>
      <w:r w:rsidRPr="00903559">
        <w:t xml:space="preserve"> води при </w:t>
      </w:r>
      <w:proofErr w:type="spellStart"/>
      <w:r w:rsidRPr="00903559">
        <w:t>механічному</w:t>
      </w:r>
      <w:proofErr w:type="spellEnd"/>
      <w:r w:rsidRPr="00903559">
        <w:t xml:space="preserve"> </w:t>
      </w:r>
      <w:proofErr w:type="spellStart"/>
      <w:r w:rsidRPr="00903559">
        <w:t>пошкодженні</w:t>
      </w:r>
      <w:proofErr w:type="spellEnd"/>
      <w:r w:rsidRPr="00903559">
        <w:t xml:space="preserve"> </w:t>
      </w:r>
      <w:proofErr w:type="spellStart"/>
      <w:r w:rsidRPr="00903559">
        <w:t>або</w:t>
      </w:r>
      <w:proofErr w:type="spellEnd"/>
      <w:r w:rsidRPr="00903559">
        <w:t xml:space="preserve"> </w:t>
      </w:r>
      <w:proofErr w:type="spellStart"/>
      <w:r w:rsidRPr="00903559">
        <w:t>наїзді</w:t>
      </w:r>
      <w:proofErr w:type="spellEnd"/>
      <w:r w:rsidRPr="00903559">
        <w:t xml:space="preserve"> автотранспорту).</w:t>
      </w:r>
      <w:r w:rsidR="00B35BD2" w:rsidRPr="00B35BD2">
        <w:rPr>
          <w:noProof/>
        </w:rPr>
        <w:t xml:space="preserve"> </w:t>
      </w:r>
    </w:p>
    <w:p w14:paraId="2CFA7304" w14:textId="77777777" w:rsidR="008108F4" w:rsidRPr="00903559" w:rsidRDefault="00B03494">
      <w:pPr>
        <w:pStyle w:val="a0"/>
        <w:spacing w:after="80"/>
        <w:rPr>
          <w:lang w:val="ru-RU"/>
        </w:rPr>
      </w:pPr>
      <w:r w:rsidRPr="00903559">
        <w:rPr>
          <w:b/>
          <w:lang w:val="ru-RU"/>
        </w:rPr>
        <w:t xml:space="preserve">Стандарт / </w:t>
      </w:r>
      <w:proofErr w:type="spellStart"/>
      <w:r w:rsidRPr="00903559">
        <w:rPr>
          <w:b/>
          <w:lang w:val="ru-RU"/>
        </w:rPr>
        <w:t>Типорозмір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Повна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відповідність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вимогам</w:t>
      </w:r>
      <w:proofErr w:type="spellEnd"/>
      <w:r w:rsidRPr="00903559">
        <w:rPr>
          <w:lang w:val="ru-RU"/>
        </w:rPr>
        <w:t xml:space="preserve"> ДСТУ </w:t>
      </w:r>
      <w:r>
        <w:t>EN</w:t>
      </w:r>
      <w:r w:rsidRPr="00903559">
        <w:rPr>
          <w:lang w:val="ru-RU"/>
        </w:rPr>
        <w:t xml:space="preserve"> 14384 (</w:t>
      </w:r>
      <w:proofErr w:type="spellStart"/>
      <w:r w:rsidRPr="00903559">
        <w:rPr>
          <w:lang w:val="ru-RU"/>
        </w:rPr>
        <w:t>Гідранти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пожежні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наземні</w:t>
      </w:r>
      <w:proofErr w:type="spellEnd"/>
      <w:r w:rsidRPr="00903559">
        <w:rPr>
          <w:lang w:val="ru-RU"/>
        </w:rPr>
        <w:t>).</w:t>
      </w:r>
    </w:p>
    <w:p w14:paraId="1F1B2A1C" w14:textId="06742930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Діаметр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підключення</w:t>
      </w:r>
      <w:proofErr w:type="spellEnd"/>
      <w:r w:rsidRPr="00903559">
        <w:rPr>
          <w:b/>
          <w:lang w:val="ru-RU"/>
        </w:rPr>
        <w:t xml:space="preserve"> (</w:t>
      </w:r>
      <w:r>
        <w:rPr>
          <w:b/>
        </w:rPr>
        <w:t>DN</w:t>
      </w:r>
      <w:r w:rsidRPr="00903559">
        <w:rPr>
          <w:b/>
          <w:lang w:val="ru-RU"/>
        </w:rPr>
        <w:t>):</w:t>
      </w:r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Переважно</w:t>
      </w:r>
      <w:proofErr w:type="spellEnd"/>
      <w:r w:rsidRPr="00903559">
        <w:rPr>
          <w:lang w:val="ru-RU"/>
        </w:rPr>
        <w:t xml:space="preserve"> </w:t>
      </w:r>
      <w:r>
        <w:t>DN</w:t>
      </w:r>
      <w:r w:rsidRPr="00903559">
        <w:rPr>
          <w:lang w:val="ru-RU"/>
        </w:rPr>
        <w:t xml:space="preserve"> 80</w:t>
      </w:r>
      <w:r w:rsidR="0055001B">
        <w:rPr>
          <w:lang w:val="ru-RU"/>
        </w:rPr>
        <w:t>,100</w:t>
      </w:r>
      <w:r w:rsidRPr="00903559">
        <w:rPr>
          <w:lang w:val="ru-RU"/>
        </w:rPr>
        <w:t>.</w:t>
      </w:r>
    </w:p>
    <w:p w14:paraId="702B3CDA" w14:textId="2FC44387" w:rsidR="008108F4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Кількість</w:t>
      </w:r>
      <w:proofErr w:type="spellEnd"/>
      <w:r w:rsidRPr="00903559">
        <w:rPr>
          <w:b/>
          <w:lang w:val="ru-RU"/>
        </w:rPr>
        <w:t xml:space="preserve"> та тип </w:t>
      </w:r>
      <w:proofErr w:type="spellStart"/>
      <w:r w:rsidRPr="00903559">
        <w:rPr>
          <w:b/>
          <w:lang w:val="ru-RU"/>
        </w:rPr>
        <w:t>патрубків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Два </w:t>
      </w:r>
      <w:proofErr w:type="spellStart"/>
      <w:r w:rsidRPr="00903559">
        <w:rPr>
          <w:lang w:val="ru-RU"/>
        </w:rPr>
        <w:t>бокових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виходи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пожежний</w:t>
      </w:r>
      <w:proofErr w:type="spellEnd"/>
      <w:r w:rsidRPr="00903559">
        <w:rPr>
          <w:lang w:val="ru-RU"/>
        </w:rPr>
        <w:t xml:space="preserve"> рукав (ДСТУ ГР-70) та один </w:t>
      </w:r>
      <w:proofErr w:type="spellStart"/>
      <w:r w:rsidRPr="00903559">
        <w:rPr>
          <w:lang w:val="ru-RU"/>
        </w:rPr>
        <w:t>центральний</w:t>
      </w:r>
      <w:proofErr w:type="spellEnd"/>
      <w:r w:rsidRPr="00903559">
        <w:rPr>
          <w:lang w:val="ru-RU"/>
        </w:rPr>
        <w:t xml:space="preserve"> великий </w:t>
      </w:r>
      <w:proofErr w:type="spellStart"/>
      <w:r w:rsidRPr="00903559">
        <w:rPr>
          <w:lang w:val="ru-RU"/>
        </w:rPr>
        <w:t>вихід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спецтехніку</w:t>
      </w:r>
      <w:proofErr w:type="spellEnd"/>
      <w:r w:rsidRPr="00903559">
        <w:rPr>
          <w:lang w:val="ru-RU"/>
        </w:rPr>
        <w:t xml:space="preserve"> (ДСТУ ГР-110 </w:t>
      </w:r>
      <w:proofErr w:type="spellStart"/>
      <w:r w:rsidRPr="00903559">
        <w:rPr>
          <w:lang w:val="ru-RU"/>
        </w:rPr>
        <w:t>або</w:t>
      </w:r>
      <w:proofErr w:type="spellEnd"/>
      <w:r w:rsidRPr="00903559">
        <w:rPr>
          <w:lang w:val="ru-RU"/>
        </w:rPr>
        <w:t xml:space="preserve"> </w:t>
      </w:r>
      <w:r>
        <w:t>Storz</w:t>
      </w:r>
      <w:r w:rsidRPr="00903559">
        <w:rPr>
          <w:lang w:val="ru-RU"/>
        </w:rPr>
        <w:t xml:space="preserve">) </w:t>
      </w:r>
      <w:proofErr w:type="spellStart"/>
      <w:r w:rsidRPr="00903559">
        <w:rPr>
          <w:lang w:val="ru-RU"/>
        </w:rPr>
        <w:t>із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захисними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кришками</w:t>
      </w:r>
      <w:proofErr w:type="spellEnd"/>
      <w:r w:rsidRPr="00903559">
        <w:rPr>
          <w:lang w:val="ru-RU"/>
        </w:rPr>
        <w:t xml:space="preserve"> на </w:t>
      </w:r>
      <w:proofErr w:type="spellStart"/>
      <w:r w:rsidRPr="00903559">
        <w:rPr>
          <w:lang w:val="ru-RU"/>
        </w:rPr>
        <w:t>ланцюжках</w:t>
      </w:r>
      <w:proofErr w:type="spellEnd"/>
      <w:r w:rsidRPr="00903559">
        <w:rPr>
          <w:lang w:val="ru-RU"/>
        </w:rPr>
        <w:t>.</w:t>
      </w:r>
      <w:r w:rsidR="00B35BD2" w:rsidRPr="00B35BD2">
        <w:rPr>
          <w:noProof/>
          <w:lang w:val="ru-RU"/>
        </w:rPr>
        <w:t xml:space="preserve"> </w:t>
      </w:r>
    </w:p>
    <w:p w14:paraId="175F6212" w14:textId="3D34907D" w:rsidR="00FA17DA" w:rsidRDefault="00FA17DA" w:rsidP="00FA17DA">
      <w:pPr>
        <w:pStyle w:val="a0"/>
        <w:numPr>
          <w:ilvl w:val="0"/>
          <w:numId w:val="0"/>
        </w:numPr>
        <w:spacing w:after="80"/>
        <w:ind w:left="360"/>
        <w:rPr>
          <w:lang w:val="ru-RU"/>
        </w:rPr>
      </w:pPr>
      <w:r>
        <w:rPr>
          <w:b/>
          <w:lang w:val="ru-RU"/>
        </w:rPr>
        <w:t xml:space="preserve">Фото </w:t>
      </w:r>
    </w:p>
    <w:p w14:paraId="3152FA4F" w14:textId="02C4F032" w:rsidR="0061504B" w:rsidRPr="00903559" w:rsidRDefault="0061504B" w:rsidP="0061504B">
      <w:pPr>
        <w:pStyle w:val="a0"/>
        <w:numPr>
          <w:ilvl w:val="0"/>
          <w:numId w:val="0"/>
        </w:numPr>
        <w:spacing w:after="80"/>
        <w:ind w:left="360"/>
        <w:rPr>
          <w:lang w:val="ru-RU"/>
        </w:rPr>
      </w:pPr>
      <w:r w:rsidRPr="0061504B">
        <w:rPr>
          <w:noProof/>
          <w:lang w:val="ru-RU"/>
        </w:rPr>
        <w:lastRenderedPageBreak/>
        <w:drawing>
          <wp:inline distT="0" distB="0" distL="0" distR="0" wp14:anchorId="583F6217" wp14:editId="5693BC20">
            <wp:extent cx="1543050" cy="279871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7304" cy="280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5861" w14:textId="77777777" w:rsidR="008108F4" w:rsidRDefault="00B03494">
      <w:pPr>
        <w:keepNext/>
        <w:spacing w:before="200" w:after="80"/>
      </w:pPr>
      <w:r>
        <w:rPr>
          <w:b/>
          <w:color w:val="46505F"/>
          <w:sz w:val="23"/>
        </w:rPr>
        <w:t xml:space="preserve">3.2. </w:t>
      </w:r>
      <w:proofErr w:type="spellStart"/>
      <w:r>
        <w:rPr>
          <w:b/>
          <w:color w:val="46505F"/>
          <w:sz w:val="23"/>
        </w:rPr>
        <w:t>Вимоги</w:t>
      </w:r>
      <w:proofErr w:type="spellEnd"/>
      <w:r>
        <w:rPr>
          <w:b/>
          <w:color w:val="46505F"/>
          <w:sz w:val="23"/>
        </w:rPr>
        <w:t xml:space="preserve"> </w:t>
      </w:r>
      <w:proofErr w:type="spellStart"/>
      <w:r>
        <w:rPr>
          <w:b/>
          <w:color w:val="46505F"/>
          <w:sz w:val="23"/>
        </w:rPr>
        <w:t>до</w:t>
      </w:r>
      <w:proofErr w:type="spellEnd"/>
      <w:r>
        <w:rPr>
          <w:b/>
          <w:color w:val="46505F"/>
          <w:sz w:val="23"/>
        </w:rPr>
        <w:t xml:space="preserve"> </w:t>
      </w:r>
      <w:proofErr w:type="spellStart"/>
      <w:r>
        <w:rPr>
          <w:b/>
          <w:color w:val="46505F"/>
          <w:sz w:val="23"/>
        </w:rPr>
        <w:t>монтажу</w:t>
      </w:r>
      <w:proofErr w:type="spellEnd"/>
      <w:r>
        <w:rPr>
          <w:b/>
          <w:color w:val="46505F"/>
          <w:sz w:val="23"/>
        </w:rPr>
        <w:t xml:space="preserve"> </w:t>
      </w:r>
      <w:proofErr w:type="spellStart"/>
      <w:r>
        <w:rPr>
          <w:b/>
          <w:color w:val="46505F"/>
          <w:sz w:val="23"/>
        </w:rPr>
        <w:t>та</w:t>
      </w:r>
      <w:proofErr w:type="spellEnd"/>
      <w:r>
        <w:rPr>
          <w:b/>
          <w:color w:val="46505F"/>
          <w:sz w:val="23"/>
        </w:rPr>
        <w:t xml:space="preserve"> </w:t>
      </w:r>
      <w:proofErr w:type="spellStart"/>
      <w:r>
        <w:rPr>
          <w:b/>
          <w:color w:val="46505F"/>
          <w:sz w:val="23"/>
        </w:rPr>
        <w:t>підключення</w:t>
      </w:r>
      <w:proofErr w:type="spellEnd"/>
    </w:p>
    <w:p w14:paraId="7EAD4B57" w14:textId="77777777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lang w:val="ru-RU"/>
        </w:rPr>
        <w:t>Передбачити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врізку</w:t>
      </w:r>
      <w:proofErr w:type="spellEnd"/>
      <w:r w:rsidRPr="00903559">
        <w:rPr>
          <w:lang w:val="ru-RU"/>
        </w:rPr>
        <w:t xml:space="preserve"> в </w:t>
      </w:r>
      <w:proofErr w:type="spellStart"/>
      <w:r w:rsidRPr="00903559">
        <w:rPr>
          <w:lang w:val="ru-RU"/>
        </w:rPr>
        <w:t>існуючу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магістральну</w:t>
      </w:r>
      <w:proofErr w:type="spellEnd"/>
      <w:r w:rsidRPr="00903559">
        <w:rPr>
          <w:lang w:val="ru-RU"/>
        </w:rPr>
        <w:t xml:space="preserve"> мережу водопроводу за </w:t>
      </w:r>
      <w:proofErr w:type="spellStart"/>
      <w:r w:rsidRPr="00903559">
        <w:rPr>
          <w:lang w:val="ru-RU"/>
        </w:rPr>
        <w:t>допомогою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сертифікованих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фасонних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частин</w:t>
      </w:r>
      <w:proofErr w:type="spellEnd"/>
      <w:r w:rsidRPr="00903559">
        <w:rPr>
          <w:lang w:val="ru-RU"/>
        </w:rPr>
        <w:t xml:space="preserve"> (</w:t>
      </w:r>
      <w:proofErr w:type="spellStart"/>
      <w:r w:rsidRPr="00903559">
        <w:rPr>
          <w:lang w:val="ru-RU"/>
        </w:rPr>
        <w:t>трійників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фланцевих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адаптерів</w:t>
      </w:r>
      <w:proofErr w:type="spellEnd"/>
      <w:r w:rsidRPr="00903559">
        <w:rPr>
          <w:lang w:val="ru-RU"/>
        </w:rPr>
        <w:t>).</w:t>
      </w:r>
    </w:p>
    <w:p w14:paraId="59303B18" w14:textId="77777777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Запірна</w:t>
      </w:r>
      <w:proofErr w:type="spellEnd"/>
      <w:r w:rsidRPr="00903559">
        <w:rPr>
          <w:b/>
          <w:lang w:val="ru-RU"/>
        </w:rPr>
        <w:t xml:space="preserve"> </w:t>
      </w:r>
      <w:proofErr w:type="spellStart"/>
      <w:proofErr w:type="gramStart"/>
      <w:r w:rsidRPr="00903559">
        <w:rPr>
          <w:b/>
          <w:lang w:val="ru-RU"/>
        </w:rPr>
        <w:t>арматура:</w:t>
      </w:r>
      <w:r w:rsidRPr="00903559">
        <w:rPr>
          <w:lang w:val="ru-RU"/>
        </w:rPr>
        <w:t>Перед</w:t>
      </w:r>
      <w:proofErr w:type="spellEnd"/>
      <w:proofErr w:type="gram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кожним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гідрантом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передбачити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встановлення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запірної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арматури</w:t>
      </w:r>
      <w:proofErr w:type="spellEnd"/>
      <w:r w:rsidRPr="00903559">
        <w:rPr>
          <w:lang w:val="ru-RU"/>
        </w:rPr>
        <w:t xml:space="preserve"> (</w:t>
      </w:r>
      <w:proofErr w:type="spellStart"/>
      <w:r w:rsidRPr="00903559">
        <w:rPr>
          <w:lang w:val="ru-RU"/>
        </w:rPr>
        <w:t>засувки</w:t>
      </w:r>
      <w:proofErr w:type="spellEnd"/>
      <w:r w:rsidRPr="00903559">
        <w:rPr>
          <w:lang w:val="ru-RU"/>
        </w:rPr>
        <w:t xml:space="preserve"> з </w:t>
      </w:r>
      <w:proofErr w:type="spellStart"/>
      <w:r w:rsidRPr="00903559">
        <w:rPr>
          <w:lang w:val="ru-RU"/>
        </w:rPr>
        <w:t>обрізиненим</w:t>
      </w:r>
      <w:proofErr w:type="spellEnd"/>
      <w:r w:rsidRPr="00903559">
        <w:rPr>
          <w:lang w:val="ru-RU"/>
        </w:rPr>
        <w:t xml:space="preserve"> клином) у </w:t>
      </w:r>
      <w:proofErr w:type="spellStart"/>
      <w:r w:rsidRPr="00903559">
        <w:rPr>
          <w:lang w:val="ru-RU"/>
        </w:rPr>
        <w:t>підземному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колодязі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або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</w:t>
      </w:r>
      <w:proofErr w:type="spellEnd"/>
      <w:r w:rsidRPr="00903559">
        <w:rPr>
          <w:lang w:val="ru-RU"/>
        </w:rPr>
        <w:t xml:space="preserve"> ковер для </w:t>
      </w:r>
      <w:proofErr w:type="spellStart"/>
      <w:r w:rsidRPr="00903559">
        <w:rPr>
          <w:lang w:val="ru-RU"/>
        </w:rPr>
        <w:t>можливості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відключення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окремого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гідранта</w:t>
      </w:r>
      <w:proofErr w:type="spellEnd"/>
      <w:r w:rsidRPr="00903559">
        <w:rPr>
          <w:lang w:val="ru-RU"/>
        </w:rPr>
        <w:t xml:space="preserve"> на ремонт без </w:t>
      </w:r>
      <w:proofErr w:type="spellStart"/>
      <w:r w:rsidRPr="00903559">
        <w:rPr>
          <w:lang w:val="ru-RU"/>
        </w:rPr>
        <w:t>зупинки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всієї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мережі</w:t>
      </w:r>
      <w:proofErr w:type="spellEnd"/>
      <w:r w:rsidRPr="00903559">
        <w:rPr>
          <w:lang w:val="ru-RU"/>
        </w:rPr>
        <w:t>.</w:t>
      </w:r>
    </w:p>
    <w:p w14:paraId="2A57F68A" w14:textId="77777777" w:rsidR="008108F4" w:rsidRPr="00903559" w:rsidRDefault="00B03494">
      <w:pPr>
        <w:pStyle w:val="a0"/>
        <w:spacing w:after="80"/>
        <w:rPr>
          <w:lang w:val="ru-RU"/>
        </w:rPr>
      </w:pPr>
      <w:r w:rsidRPr="00903559">
        <w:rPr>
          <w:b/>
          <w:lang w:val="ru-RU"/>
        </w:rPr>
        <w:t>Основа (фундамент</w:t>
      </w:r>
      <w:proofErr w:type="gramStart"/>
      <w:r w:rsidRPr="00903559">
        <w:rPr>
          <w:b/>
          <w:lang w:val="ru-RU"/>
        </w:rPr>
        <w:t>):</w:t>
      </w:r>
      <w:proofErr w:type="spellStart"/>
      <w:r w:rsidRPr="00903559">
        <w:rPr>
          <w:lang w:val="ru-RU"/>
        </w:rPr>
        <w:t>Передбачити</w:t>
      </w:r>
      <w:proofErr w:type="spellEnd"/>
      <w:proofErr w:type="gram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бетонну</w:t>
      </w:r>
      <w:proofErr w:type="spellEnd"/>
      <w:r w:rsidRPr="00903559">
        <w:rPr>
          <w:lang w:val="ru-RU"/>
        </w:rPr>
        <w:t xml:space="preserve"> подушку (упор) </w:t>
      </w:r>
      <w:proofErr w:type="spellStart"/>
      <w:r w:rsidRPr="00903559">
        <w:rPr>
          <w:lang w:val="ru-RU"/>
        </w:rPr>
        <w:t>під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гідрант</w:t>
      </w:r>
      <w:proofErr w:type="spellEnd"/>
      <w:r w:rsidRPr="00903559">
        <w:rPr>
          <w:lang w:val="ru-RU"/>
        </w:rPr>
        <w:t xml:space="preserve"> та </w:t>
      </w:r>
      <w:proofErr w:type="spellStart"/>
      <w:r w:rsidRPr="00903559">
        <w:rPr>
          <w:lang w:val="ru-RU"/>
        </w:rPr>
        <w:t>вузол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підключення</w:t>
      </w:r>
      <w:proofErr w:type="spellEnd"/>
      <w:r w:rsidRPr="00903559">
        <w:rPr>
          <w:lang w:val="ru-RU"/>
        </w:rPr>
        <w:t xml:space="preserve"> для </w:t>
      </w:r>
      <w:proofErr w:type="spellStart"/>
      <w:r w:rsidRPr="00903559">
        <w:rPr>
          <w:lang w:val="ru-RU"/>
        </w:rPr>
        <w:t>компенсації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гідроударів</w:t>
      </w:r>
      <w:proofErr w:type="spellEnd"/>
      <w:r w:rsidRPr="00903559">
        <w:rPr>
          <w:lang w:val="ru-RU"/>
        </w:rPr>
        <w:t xml:space="preserve"> і </w:t>
      </w:r>
      <w:proofErr w:type="spellStart"/>
      <w:r w:rsidRPr="00903559">
        <w:rPr>
          <w:lang w:val="ru-RU"/>
        </w:rPr>
        <w:t>динамічних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навантажень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</w:t>
      </w:r>
      <w:proofErr w:type="spellEnd"/>
      <w:r w:rsidRPr="00903559">
        <w:rPr>
          <w:lang w:val="ru-RU"/>
        </w:rPr>
        <w:t xml:space="preserve"> час пуску води.</w:t>
      </w:r>
    </w:p>
    <w:p w14:paraId="0B99D86A" w14:textId="77777777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Захист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від</w:t>
      </w:r>
      <w:proofErr w:type="spellEnd"/>
      <w:r w:rsidRPr="00903559">
        <w:rPr>
          <w:b/>
          <w:lang w:val="ru-RU"/>
        </w:rPr>
        <w:t xml:space="preserve"> </w:t>
      </w:r>
      <w:proofErr w:type="spellStart"/>
      <w:proofErr w:type="gramStart"/>
      <w:r w:rsidRPr="00903559">
        <w:rPr>
          <w:b/>
          <w:lang w:val="ru-RU"/>
        </w:rPr>
        <w:t>замерзання:</w:t>
      </w:r>
      <w:r w:rsidRPr="00903559">
        <w:rPr>
          <w:lang w:val="ru-RU"/>
        </w:rPr>
        <w:t>Передбачити</w:t>
      </w:r>
      <w:proofErr w:type="spellEnd"/>
      <w:proofErr w:type="gram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дренажну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підсипку</w:t>
      </w:r>
      <w:proofErr w:type="spellEnd"/>
      <w:r w:rsidRPr="00903559">
        <w:rPr>
          <w:lang w:val="ru-RU"/>
        </w:rPr>
        <w:t xml:space="preserve"> (</w:t>
      </w:r>
      <w:proofErr w:type="spellStart"/>
      <w:r w:rsidRPr="00903559">
        <w:rPr>
          <w:lang w:val="ru-RU"/>
        </w:rPr>
        <w:t>гравій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щебінь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фракції</w:t>
      </w:r>
      <w:proofErr w:type="spellEnd"/>
      <w:r w:rsidRPr="00903559">
        <w:rPr>
          <w:lang w:val="ru-RU"/>
        </w:rPr>
        <w:t xml:space="preserve"> 20-40 мм) </w:t>
      </w:r>
      <w:proofErr w:type="spellStart"/>
      <w:r w:rsidRPr="00903559">
        <w:rPr>
          <w:lang w:val="ru-RU"/>
        </w:rPr>
        <w:t>навколо</w:t>
      </w:r>
      <w:proofErr w:type="spellEnd"/>
      <w:r w:rsidRPr="00903559">
        <w:rPr>
          <w:lang w:val="ru-RU"/>
        </w:rPr>
        <w:t xml:space="preserve"> автоматичного клапана </w:t>
      </w:r>
      <w:proofErr w:type="spellStart"/>
      <w:r w:rsidRPr="00903559">
        <w:rPr>
          <w:lang w:val="ru-RU"/>
        </w:rPr>
        <w:t>спорожнення</w:t>
      </w:r>
      <w:proofErr w:type="spellEnd"/>
      <w:r w:rsidRPr="00903559">
        <w:rPr>
          <w:lang w:val="ru-RU"/>
        </w:rPr>
        <w:t xml:space="preserve"> для </w:t>
      </w:r>
      <w:proofErr w:type="spellStart"/>
      <w:r w:rsidRPr="00903559">
        <w:rPr>
          <w:lang w:val="ru-RU"/>
        </w:rPr>
        <w:t>безперешкодного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відведення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залишків</w:t>
      </w:r>
      <w:proofErr w:type="spellEnd"/>
      <w:r w:rsidRPr="00903559">
        <w:rPr>
          <w:lang w:val="ru-RU"/>
        </w:rPr>
        <w:t xml:space="preserve"> води в </w:t>
      </w:r>
      <w:proofErr w:type="spellStart"/>
      <w:r w:rsidRPr="00903559">
        <w:rPr>
          <w:lang w:val="ru-RU"/>
        </w:rPr>
        <w:t>ґрунт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після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закриття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гідранта</w:t>
      </w:r>
      <w:proofErr w:type="spellEnd"/>
      <w:r w:rsidRPr="00903559">
        <w:rPr>
          <w:lang w:val="ru-RU"/>
        </w:rPr>
        <w:t>.</w:t>
      </w:r>
    </w:p>
    <w:p w14:paraId="28100A8A" w14:textId="77777777" w:rsidR="008108F4" w:rsidRPr="009B1D33" w:rsidRDefault="00B03494">
      <w:pPr>
        <w:keepNext/>
        <w:spacing w:before="200" w:after="80"/>
        <w:rPr>
          <w:lang w:val="ru-RU"/>
        </w:rPr>
      </w:pPr>
      <w:r w:rsidRPr="009B1D33">
        <w:rPr>
          <w:b/>
          <w:color w:val="46505F"/>
          <w:sz w:val="23"/>
          <w:lang w:val="ru-RU"/>
        </w:rPr>
        <w:t xml:space="preserve">3.3. </w:t>
      </w:r>
      <w:proofErr w:type="spellStart"/>
      <w:r w:rsidRPr="009B1D33">
        <w:rPr>
          <w:b/>
          <w:color w:val="46505F"/>
          <w:sz w:val="23"/>
          <w:lang w:val="ru-RU"/>
        </w:rPr>
        <w:t>Вимоги</w:t>
      </w:r>
      <w:proofErr w:type="spellEnd"/>
      <w:r w:rsidRPr="009B1D33">
        <w:rPr>
          <w:b/>
          <w:color w:val="46505F"/>
          <w:sz w:val="23"/>
          <w:lang w:val="ru-RU"/>
        </w:rPr>
        <w:t xml:space="preserve"> до </w:t>
      </w:r>
      <w:proofErr w:type="spellStart"/>
      <w:r w:rsidRPr="009B1D33">
        <w:rPr>
          <w:b/>
          <w:color w:val="46505F"/>
          <w:sz w:val="23"/>
          <w:lang w:val="ru-RU"/>
        </w:rPr>
        <w:t>розміщення</w:t>
      </w:r>
      <w:proofErr w:type="spellEnd"/>
      <w:r w:rsidRPr="009B1D33">
        <w:rPr>
          <w:b/>
          <w:color w:val="46505F"/>
          <w:sz w:val="23"/>
          <w:lang w:val="ru-RU"/>
        </w:rPr>
        <w:t xml:space="preserve"> та благоустрою</w:t>
      </w:r>
    </w:p>
    <w:p w14:paraId="0A71142C" w14:textId="244990F7" w:rsidR="008108F4" w:rsidRPr="009B1D33" w:rsidRDefault="00B03494">
      <w:pPr>
        <w:pStyle w:val="a0"/>
        <w:spacing w:after="80"/>
        <w:rPr>
          <w:lang w:val="ru-RU"/>
        </w:rPr>
      </w:pPr>
      <w:proofErr w:type="spellStart"/>
      <w:r w:rsidRPr="009B1D33">
        <w:rPr>
          <w:lang w:val="ru-RU"/>
        </w:rPr>
        <w:t>Трасування</w:t>
      </w:r>
      <w:proofErr w:type="spellEnd"/>
      <w:r w:rsidRPr="009B1D33">
        <w:rPr>
          <w:lang w:val="ru-RU"/>
        </w:rPr>
        <w:t xml:space="preserve"> та </w:t>
      </w:r>
      <w:proofErr w:type="spellStart"/>
      <w:r w:rsidRPr="009B1D33">
        <w:rPr>
          <w:lang w:val="ru-RU"/>
        </w:rPr>
        <w:t>місця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встановлення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гідрантів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визначити</w:t>
      </w:r>
      <w:proofErr w:type="spellEnd"/>
      <w:r w:rsidRPr="009B1D33">
        <w:rPr>
          <w:lang w:val="ru-RU"/>
        </w:rPr>
        <w:t xml:space="preserve"> з </w:t>
      </w:r>
      <w:proofErr w:type="spellStart"/>
      <w:r w:rsidRPr="009B1D33">
        <w:rPr>
          <w:lang w:val="ru-RU"/>
        </w:rPr>
        <w:t>урахуванням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радіуса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обслуговування</w:t>
      </w:r>
      <w:proofErr w:type="spellEnd"/>
      <w:r w:rsidRPr="009B1D33">
        <w:rPr>
          <w:lang w:val="ru-RU"/>
        </w:rPr>
        <w:t xml:space="preserve"> (</w:t>
      </w:r>
      <w:proofErr w:type="spellStart"/>
      <w:r w:rsidRPr="009B1D33">
        <w:rPr>
          <w:lang w:val="ru-RU"/>
        </w:rPr>
        <w:t>згідно</w:t>
      </w:r>
      <w:proofErr w:type="spellEnd"/>
      <w:r w:rsidRPr="009B1D33">
        <w:rPr>
          <w:lang w:val="ru-RU"/>
        </w:rPr>
        <w:t xml:space="preserve"> з ДБН В.2.5-74:2013) та </w:t>
      </w:r>
      <w:proofErr w:type="spellStart"/>
      <w:r w:rsidRPr="009B1D33">
        <w:rPr>
          <w:lang w:val="ru-RU"/>
        </w:rPr>
        <w:t>забезпечення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зручного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під'їзду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пожежних</w:t>
      </w:r>
      <w:proofErr w:type="spellEnd"/>
      <w:r w:rsidRPr="009B1D33">
        <w:rPr>
          <w:lang w:val="ru-RU"/>
        </w:rPr>
        <w:t xml:space="preserve"> </w:t>
      </w:r>
      <w:proofErr w:type="spellStart"/>
      <w:r w:rsidRPr="009B1D33">
        <w:rPr>
          <w:lang w:val="ru-RU"/>
        </w:rPr>
        <w:t>автомобілів</w:t>
      </w:r>
      <w:proofErr w:type="spellEnd"/>
      <w:r w:rsidRPr="009B1D33">
        <w:rPr>
          <w:lang w:val="ru-RU"/>
        </w:rPr>
        <w:t xml:space="preserve"> з твердим </w:t>
      </w:r>
      <w:proofErr w:type="spellStart"/>
      <w:r w:rsidRPr="009B1D33">
        <w:rPr>
          <w:lang w:val="ru-RU"/>
        </w:rPr>
        <w:t>покриттям</w:t>
      </w:r>
      <w:proofErr w:type="spellEnd"/>
      <w:r w:rsidR="009B1D33">
        <w:rPr>
          <w:lang w:val="ru-RU"/>
        </w:rPr>
        <w:t xml:space="preserve"> </w:t>
      </w:r>
      <w:r w:rsidR="009B1D33" w:rsidRPr="000A3120">
        <w:rPr>
          <w:b/>
          <w:lang w:val="ru-RU"/>
        </w:rPr>
        <w:t xml:space="preserve">на </w:t>
      </w:r>
      <w:proofErr w:type="spellStart"/>
      <w:r w:rsidR="009B1D33" w:rsidRPr="000A3120">
        <w:rPr>
          <w:b/>
          <w:lang w:val="ru-RU"/>
        </w:rPr>
        <w:t>відстані</w:t>
      </w:r>
      <w:proofErr w:type="spellEnd"/>
      <w:r w:rsidR="009B1D33" w:rsidRPr="000A3120">
        <w:rPr>
          <w:b/>
          <w:lang w:val="ru-RU"/>
        </w:rPr>
        <w:t xml:space="preserve"> до 15м</w:t>
      </w:r>
      <w:r w:rsidR="009B1D33">
        <w:rPr>
          <w:lang w:val="ru-RU"/>
        </w:rPr>
        <w:t xml:space="preserve"> </w:t>
      </w:r>
      <w:proofErr w:type="spellStart"/>
      <w:r w:rsidR="009B1D33">
        <w:rPr>
          <w:lang w:val="ru-RU"/>
        </w:rPr>
        <w:t>від</w:t>
      </w:r>
      <w:proofErr w:type="spellEnd"/>
      <w:r w:rsidR="009B1D33">
        <w:rPr>
          <w:lang w:val="ru-RU"/>
        </w:rPr>
        <w:t xml:space="preserve"> </w:t>
      </w:r>
      <w:proofErr w:type="spellStart"/>
      <w:r w:rsidR="009B1D33">
        <w:rPr>
          <w:lang w:val="ru-RU"/>
        </w:rPr>
        <w:t>існуючих</w:t>
      </w:r>
      <w:proofErr w:type="spellEnd"/>
      <w:r w:rsidR="009B1D33">
        <w:rPr>
          <w:lang w:val="ru-RU"/>
        </w:rPr>
        <w:t xml:space="preserve"> </w:t>
      </w:r>
      <w:proofErr w:type="spellStart"/>
      <w:r w:rsidR="009B1D33">
        <w:rPr>
          <w:lang w:val="ru-RU"/>
        </w:rPr>
        <w:t>підземних</w:t>
      </w:r>
      <w:proofErr w:type="spellEnd"/>
      <w:r w:rsidR="009B1D33">
        <w:rPr>
          <w:lang w:val="ru-RU"/>
        </w:rPr>
        <w:t xml:space="preserve"> </w:t>
      </w:r>
      <w:proofErr w:type="spellStart"/>
      <w:proofErr w:type="gramStart"/>
      <w:r w:rsidR="009B1D33">
        <w:rPr>
          <w:lang w:val="ru-RU"/>
        </w:rPr>
        <w:t>гідрантів</w:t>
      </w:r>
      <w:proofErr w:type="spellEnd"/>
      <w:r w:rsidR="009B1D33">
        <w:rPr>
          <w:lang w:val="ru-RU"/>
        </w:rPr>
        <w:t xml:space="preserve"> </w:t>
      </w:r>
      <w:r w:rsidRPr="009B1D33">
        <w:rPr>
          <w:lang w:val="ru-RU"/>
        </w:rPr>
        <w:t>.</w:t>
      </w:r>
      <w:proofErr w:type="gramEnd"/>
    </w:p>
    <w:p w14:paraId="52018EBD" w14:textId="4814B52C" w:rsidR="000A3120" w:rsidRDefault="000A3120">
      <w:pPr>
        <w:pStyle w:val="a0"/>
        <w:spacing w:after="80"/>
        <w:rPr>
          <w:lang w:val="ru-RU"/>
        </w:rPr>
      </w:pPr>
      <w:r>
        <w:rPr>
          <w:lang w:val="ru-RU"/>
        </w:rPr>
        <w:t xml:space="preserve">Монтаж </w:t>
      </w:r>
      <w:proofErr w:type="spellStart"/>
      <w:r>
        <w:rPr>
          <w:lang w:val="ru-RU"/>
        </w:rPr>
        <w:t>виконувати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проектної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документації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підєднанням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існуючих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підземних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пожежних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гідрантів</w:t>
      </w:r>
      <w:proofErr w:type="spellEnd"/>
      <w:r>
        <w:rPr>
          <w:lang w:val="ru-RU"/>
        </w:rPr>
        <w:t xml:space="preserve"> </w:t>
      </w:r>
    </w:p>
    <w:p w14:paraId="2F1F8CC4" w14:textId="1AF206F4" w:rsidR="008108F4" w:rsidRPr="000A3120" w:rsidRDefault="00B03494">
      <w:pPr>
        <w:pStyle w:val="a0"/>
        <w:spacing w:after="80"/>
        <w:rPr>
          <w:lang w:val="ru-RU"/>
        </w:rPr>
      </w:pPr>
      <w:proofErr w:type="spellStart"/>
      <w:r w:rsidRPr="000A3120">
        <w:rPr>
          <w:lang w:val="ru-RU"/>
        </w:rPr>
        <w:t>Навколо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надземної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частини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гідранта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передбачити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влаштування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бетонної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або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асфальтової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відмостки</w:t>
      </w:r>
      <w:proofErr w:type="spellEnd"/>
      <w:r w:rsidRPr="000A3120">
        <w:rPr>
          <w:lang w:val="ru-RU"/>
        </w:rPr>
        <w:t xml:space="preserve">, а </w:t>
      </w:r>
      <w:proofErr w:type="spellStart"/>
      <w:r w:rsidRPr="000A3120">
        <w:rPr>
          <w:lang w:val="ru-RU"/>
        </w:rPr>
        <w:t>також</w:t>
      </w:r>
      <w:proofErr w:type="spellEnd"/>
      <w:r w:rsidRPr="000A3120">
        <w:rPr>
          <w:lang w:val="ru-RU"/>
        </w:rPr>
        <w:t xml:space="preserve"> (за потреби на </w:t>
      </w:r>
      <w:proofErr w:type="spellStart"/>
      <w:r w:rsidRPr="000A3120">
        <w:rPr>
          <w:lang w:val="ru-RU"/>
        </w:rPr>
        <w:t>логістичних</w:t>
      </w:r>
      <w:proofErr w:type="spellEnd"/>
      <w:r w:rsidRPr="000A3120">
        <w:rPr>
          <w:lang w:val="ru-RU"/>
        </w:rPr>
        <w:t xml:space="preserve"> маршрутах) </w:t>
      </w:r>
      <w:proofErr w:type="spellStart"/>
      <w:r w:rsidRPr="000A3120">
        <w:rPr>
          <w:lang w:val="ru-RU"/>
        </w:rPr>
        <w:t>захисні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металеві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стовпчики-відбійники</w:t>
      </w:r>
      <w:proofErr w:type="spellEnd"/>
      <w:r w:rsidRPr="000A3120">
        <w:rPr>
          <w:lang w:val="ru-RU"/>
        </w:rPr>
        <w:t xml:space="preserve"> для </w:t>
      </w:r>
      <w:proofErr w:type="spellStart"/>
      <w:r w:rsidRPr="000A3120">
        <w:rPr>
          <w:lang w:val="ru-RU"/>
        </w:rPr>
        <w:t>захисту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від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випадкового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наїзду</w:t>
      </w:r>
      <w:proofErr w:type="spellEnd"/>
      <w:r w:rsidRPr="000A3120">
        <w:rPr>
          <w:lang w:val="ru-RU"/>
        </w:rPr>
        <w:t xml:space="preserve"> </w:t>
      </w:r>
      <w:proofErr w:type="spellStart"/>
      <w:r w:rsidRPr="000A3120">
        <w:rPr>
          <w:lang w:val="ru-RU"/>
        </w:rPr>
        <w:t>технологічного</w:t>
      </w:r>
      <w:proofErr w:type="spellEnd"/>
      <w:r w:rsidRPr="000A3120">
        <w:rPr>
          <w:lang w:val="ru-RU"/>
        </w:rPr>
        <w:t xml:space="preserve"> транспорту </w:t>
      </w:r>
      <w:proofErr w:type="spellStart"/>
      <w:r w:rsidRPr="000A3120">
        <w:rPr>
          <w:lang w:val="ru-RU"/>
        </w:rPr>
        <w:t>підприємства</w:t>
      </w:r>
      <w:proofErr w:type="spellEnd"/>
      <w:r w:rsidRPr="000A3120">
        <w:rPr>
          <w:lang w:val="ru-RU"/>
        </w:rPr>
        <w:t>.</w:t>
      </w:r>
    </w:p>
    <w:p w14:paraId="6867F831" w14:textId="77777777" w:rsidR="008108F4" w:rsidRPr="00903559" w:rsidRDefault="00B03494">
      <w:pPr>
        <w:keepNext/>
        <w:spacing w:before="320"/>
        <w:rPr>
          <w:lang w:val="ru-RU"/>
        </w:rPr>
      </w:pPr>
      <w:r w:rsidRPr="00903559">
        <w:rPr>
          <w:b/>
          <w:color w:val="003366"/>
          <w:sz w:val="26"/>
          <w:lang w:val="ru-RU"/>
        </w:rPr>
        <w:t xml:space="preserve">4. Склад </w:t>
      </w:r>
      <w:proofErr w:type="spellStart"/>
      <w:r w:rsidRPr="00903559">
        <w:rPr>
          <w:b/>
          <w:color w:val="003366"/>
          <w:sz w:val="26"/>
          <w:lang w:val="ru-RU"/>
        </w:rPr>
        <w:t>проектної</w:t>
      </w:r>
      <w:proofErr w:type="spellEnd"/>
      <w:r w:rsidRPr="00903559">
        <w:rPr>
          <w:b/>
          <w:color w:val="003366"/>
          <w:sz w:val="26"/>
          <w:lang w:val="ru-RU"/>
        </w:rPr>
        <w:t xml:space="preserve"> </w:t>
      </w:r>
      <w:proofErr w:type="spellStart"/>
      <w:r w:rsidRPr="00903559">
        <w:rPr>
          <w:b/>
          <w:color w:val="003366"/>
          <w:sz w:val="26"/>
          <w:lang w:val="ru-RU"/>
        </w:rPr>
        <w:t>документації</w:t>
      </w:r>
      <w:proofErr w:type="spellEnd"/>
    </w:p>
    <w:p w14:paraId="77A96A75" w14:textId="77777777" w:rsidR="008108F4" w:rsidRPr="00903559" w:rsidRDefault="00B03494">
      <w:pPr>
        <w:spacing w:after="80"/>
        <w:rPr>
          <w:lang w:val="ru-RU"/>
        </w:rPr>
      </w:pPr>
      <w:proofErr w:type="spellStart"/>
      <w:r w:rsidRPr="00903559">
        <w:rPr>
          <w:lang w:val="ru-RU"/>
        </w:rPr>
        <w:t>Проектна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документація</w:t>
      </w:r>
      <w:proofErr w:type="spellEnd"/>
      <w:r w:rsidRPr="00903559">
        <w:rPr>
          <w:lang w:val="ru-RU"/>
        </w:rPr>
        <w:t xml:space="preserve"> повинна бути </w:t>
      </w:r>
      <w:proofErr w:type="spellStart"/>
      <w:r w:rsidRPr="00903559">
        <w:rPr>
          <w:lang w:val="ru-RU"/>
        </w:rPr>
        <w:t>виконана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відповідно</w:t>
      </w:r>
      <w:proofErr w:type="spellEnd"/>
      <w:r w:rsidRPr="00903559">
        <w:rPr>
          <w:lang w:val="ru-RU"/>
        </w:rPr>
        <w:t xml:space="preserve"> до ДБН А.2.2-3:2014 та </w:t>
      </w:r>
      <w:proofErr w:type="spellStart"/>
      <w:r w:rsidRPr="00903559">
        <w:rPr>
          <w:lang w:val="ru-RU"/>
        </w:rPr>
        <w:t>містити</w:t>
      </w:r>
      <w:proofErr w:type="spellEnd"/>
      <w:r w:rsidRPr="00903559">
        <w:rPr>
          <w:lang w:val="ru-RU"/>
        </w:rPr>
        <w:t xml:space="preserve"> в </w:t>
      </w:r>
      <w:proofErr w:type="spellStart"/>
      <w:r w:rsidRPr="00903559">
        <w:rPr>
          <w:lang w:val="ru-RU"/>
        </w:rPr>
        <w:t>своєму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складі</w:t>
      </w:r>
      <w:proofErr w:type="spellEnd"/>
      <w:r w:rsidRPr="00903559">
        <w:rPr>
          <w:lang w:val="ru-RU"/>
        </w:rPr>
        <w:t>:</w:t>
      </w:r>
    </w:p>
    <w:p w14:paraId="3965F19B" w14:textId="77777777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Пояснювальну</w:t>
      </w:r>
      <w:proofErr w:type="spellEnd"/>
      <w:r w:rsidRPr="00903559">
        <w:rPr>
          <w:b/>
          <w:lang w:val="ru-RU"/>
        </w:rPr>
        <w:t xml:space="preserve"> записку</w:t>
      </w:r>
      <w:r w:rsidRPr="00903559">
        <w:rPr>
          <w:lang w:val="ru-RU"/>
        </w:rPr>
        <w:t xml:space="preserve"> з </w:t>
      </w:r>
      <w:proofErr w:type="spellStart"/>
      <w:r w:rsidRPr="00903559">
        <w:rPr>
          <w:lang w:val="ru-RU"/>
        </w:rPr>
        <w:t>гідравлічним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розрахунком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що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підтверджує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нормативну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витрату</w:t>
      </w:r>
      <w:proofErr w:type="spellEnd"/>
      <w:r w:rsidRPr="00903559">
        <w:rPr>
          <w:lang w:val="ru-RU"/>
        </w:rPr>
        <w:t xml:space="preserve"> води на </w:t>
      </w:r>
      <w:proofErr w:type="spellStart"/>
      <w:r w:rsidRPr="00903559">
        <w:rPr>
          <w:lang w:val="ru-RU"/>
        </w:rPr>
        <w:t>зовнішнє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пожежогасіння</w:t>
      </w:r>
      <w:proofErr w:type="spellEnd"/>
      <w:r w:rsidRPr="00903559">
        <w:rPr>
          <w:lang w:val="ru-RU"/>
        </w:rPr>
        <w:t>.</w:t>
      </w:r>
    </w:p>
    <w:p w14:paraId="16F29EC1" w14:textId="77777777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Генеральний</w:t>
      </w:r>
      <w:proofErr w:type="spellEnd"/>
      <w:r w:rsidRPr="00903559">
        <w:rPr>
          <w:b/>
          <w:lang w:val="ru-RU"/>
        </w:rPr>
        <w:t xml:space="preserve"> план</w:t>
      </w:r>
      <w:r w:rsidRPr="00903559">
        <w:rPr>
          <w:lang w:val="ru-RU"/>
        </w:rPr>
        <w:t xml:space="preserve"> (схему) </w:t>
      </w:r>
      <w:proofErr w:type="spellStart"/>
      <w:r w:rsidRPr="00903559">
        <w:rPr>
          <w:lang w:val="ru-RU"/>
        </w:rPr>
        <w:t>розміщення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гідрантів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із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геодезичною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прив'язкою</w:t>
      </w:r>
      <w:proofErr w:type="spellEnd"/>
      <w:r w:rsidRPr="00903559">
        <w:rPr>
          <w:lang w:val="ru-RU"/>
        </w:rPr>
        <w:t xml:space="preserve"> до </w:t>
      </w:r>
      <w:proofErr w:type="spellStart"/>
      <w:r w:rsidRPr="00903559">
        <w:rPr>
          <w:lang w:val="ru-RU"/>
        </w:rPr>
        <w:t>існуючих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будівель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споруд</w:t>
      </w:r>
      <w:proofErr w:type="spellEnd"/>
      <w:r w:rsidRPr="00903559">
        <w:rPr>
          <w:lang w:val="ru-RU"/>
        </w:rPr>
        <w:t xml:space="preserve"> та </w:t>
      </w:r>
      <w:proofErr w:type="spellStart"/>
      <w:r w:rsidRPr="00903559">
        <w:rPr>
          <w:lang w:val="ru-RU"/>
        </w:rPr>
        <w:t>інженерних</w:t>
      </w:r>
      <w:proofErr w:type="spellEnd"/>
      <w:r w:rsidRPr="00903559">
        <w:rPr>
          <w:lang w:val="ru-RU"/>
        </w:rPr>
        <w:t xml:space="preserve"> мереж (М 1:500).</w:t>
      </w:r>
    </w:p>
    <w:p w14:paraId="74C1049D" w14:textId="69527226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Технологічні</w:t>
      </w:r>
      <w:proofErr w:type="spellEnd"/>
      <w:r w:rsidRPr="00903559">
        <w:rPr>
          <w:b/>
          <w:lang w:val="ru-RU"/>
        </w:rPr>
        <w:t xml:space="preserve"> </w:t>
      </w:r>
      <w:proofErr w:type="spellStart"/>
      <w:r w:rsidRPr="00903559">
        <w:rPr>
          <w:b/>
          <w:lang w:val="ru-RU"/>
        </w:rPr>
        <w:t>креслення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плани</w:t>
      </w:r>
      <w:proofErr w:type="spellEnd"/>
      <w:r w:rsidRPr="00903559">
        <w:rPr>
          <w:lang w:val="ru-RU"/>
        </w:rPr>
        <w:t xml:space="preserve"> та </w:t>
      </w:r>
      <w:proofErr w:type="spellStart"/>
      <w:r w:rsidRPr="00903559">
        <w:rPr>
          <w:lang w:val="ru-RU"/>
        </w:rPr>
        <w:t>розрізи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вузлів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підключення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деталювання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колодязів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схеми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врізки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креслення</w:t>
      </w:r>
      <w:proofErr w:type="spellEnd"/>
      <w:r w:rsidRPr="00903559">
        <w:rPr>
          <w:lang w:val="ru-RU"/>
        </w:rPr>
        <w:t xml:space="preserve"> монтажу та </w:t>
      </w:r>
      <w:proofErr w:type="spellStart"/>
      <w:r w:rsidRPr="00903559">
        <w:rPr>
          <w:lang w:val="ru-RU"/>
        </w:rPr>
        <w:t>кріплення</w:t>
      </w:r>
      <w:proofErr w:type="spellEnd"/>
      <w:r w:rsidRPr="00903559">
        <w:rPr>
          <w:lang w:val="ru-RU"/>
        </w:rPr>
        <w:t xml:space="preserve"> самого </w:t>
      </w:r>
      <w:proofErr w:type="spellStart"/>
      <w:r w:rsidRPr="00903559">
        <w:rPr>
          <w:lang w:val="ru-RU"/>
        </w:rPr>
        <w:t>гідранта</w:t>
      </w:r>
      <w:proofErr w:type="spellEnd"/>
      <w:r w:rsidR="000A3120">
        <w:rPr>
          <w:lang w:val="ru-RU"/>
        </w:rPr>
        <w:t xml:space="preserve"> з </w:t>
      </w:r>
      <w:proofErr w:type="spellStart"/>
      <w:r w:rsidR="000A3120">
        <w:rPr>
          <w:lang w:val="ru-RU"/>
        </w:rPr>
        <w:t>специфікацією</w:t>
      </w:r>
      <w:proofErr w:type="spellEnd"/>
      <w:r w:rsidR="000A3120">
        <w:rPr>
          <w:lang w:val="ru-RU"/>
        </w:rPr>
        <w:t xml:space="preserve"> </w:t>
      </w:r>
      <w:proofErr w:type="spellStart"/>
      <w:r w:rsidR="000A3120">
        <w:rPr>
          <w:lang w:val="ru-RU"/>
        </w:rPr>
        <w:t>матеріалів</w:t>
      </w:r>
      <w:proofErr w:type="spellEnd"/>
      <w:r w:rsidRPr="00903559">
        <w:rPr>
          <w:lang w:val="ru-RU"/>
        </w:rPr>
        <w:t>.</w:t>
      </w:r>
    </w:p>
    <w:p w14:paraId="2BDAE536" w14:textId="77777777" w:rsidR="008108F4" w:rsidRPr="00903559" w:rsidRDefault="00B03494">
      <w:pPr>
        <w:pStyle w:val="a0"/>
        <w:spacing w:after="80"/>
        <w:rPr>
          <w:lang w:val="ru-RU"/>
        </w:rPr>
      </w:pPr>
      <w:proofErr w:type="spellStart"/>
      <w:r w:rsidRPr="00903559">
        <w:rPr>
          <w:b/>
          <w:lang w:val="ru-RU"/>
        </w:rPr>
        <w:t>Специфікацію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обладнання</w:t>
      </w:r>
      <w:proofErr w:type="spellEnd"/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виробів</w:t>
      </w:r>
      <w:proofErr w:type="spellEnd"/>
      <w:r w:rsidRPr="00903559">
        <w:rPr>
          <w:lang w:val="ru-RU"/>
        </w:rPr>
        <w:t xml:space="preserve">, труб, </w:t>
      </w:r>
      <w:proofErr w:type="spellStart"/>
      <w:r w:rsidRPr="00903559">
        <w:rPr>
          <w:lang w:val="ru-RU"/>
        </w:rPr>
        <w:t>запірної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арматури</w:t>
      </w:r>
      <w:proofErr w:type="spellEnd"/>
      <w:r w:rsidRPr="00903559">
        <w:rPr>
          <w:lang w:val="ru-RU"/>
        </w:rPr>
        <w:t xml:space="preserve"> та </w:t>
      </w:r>
      <w:proofErr w:type="spellStart"/>
      <w:r w:rsidRPr="00903559">
        <w:rPr>
          <w:lang w:val="ru-RU"/>
        </w:rPr>
        <w:t>матеріалів</w:t>
      </w:r>
      <w:proofErr w:type="spellEnd"/>
      <w:r w:rsidRPr="00903559">
        <w:rPr>
          <w:lang w:val="ru-RU"/>
        </w:rPr>
        <w:t>.</w:t>
      </w:r>
    </w:p>
    <w:p w14:paraId="07980AEF" w14:textId="0472E559" w:rsidR="008108F4" w:rsidRPr="00903559" w:rsidRDefault="00170A9F">
      <w:pPr>
        <w:pStyle w:val="a0"/>
        <w:spacing w:after="80"/>
        <w:rPr>
          <w:lang w:val="ru-RU"/>
        </w:rPr>
      </w:pPr>
      <w:proofErr w:type="spellStart"/>
      <w:r>
        <w:rPr>
          <w:b/>
          <w:lang w:val="ru-RU"/>
        </w:rPr>
        <w:lastRenderedPageBreak/>
        <w:t>Позитивний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висновок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експертизи</w:t>
      </w:r>
      <w:proofErr w:type="spellEnd"/>
    </w:p>
    <w:p w14:paraId="6EE81CC8" w14:textId="77777777" w:rsidR="008108F4" w:rsidRPr="00903559" w:rsidRDefault="00B03494">
      <w:pPr>
        <w:keepNext/>
        <w:spacing w:before="320"/>
        <w:rPr>
          <w:lang w:val="ru-RU"/>
        </w:rPr>
      </w:pPr>
      <w:r w:rsidRPr="00903559">
        <w:rPr>
          <w:b/>
          <w:color w:val="003366"/>
          <w:sz w:val="26"/>
          <w:lang w:val="ru-RU"/>
        </w:rPr>
        <w:t>5. Нормативна база</w:t>
      </w:r>
    </w:p>
    <w:p w14:paraId="59A51A11" w14:textId="77777777" w:rsidR="008108F4" w:rsidRPr="00903559" w:rsidRDefault="00B03494">
      <w:pPr>
        <w:spacing w:after="80"/>
        <w:rPr>
          <w:lang w:val="ru-RU"/>
        </w:rPr>
      </w:pPr>
      <w:r w:rsidRPr="00903559">
        <w:rPr>
          <w:lang w:val="ru-RU"/>
        </w:rPr>
        <w:t xml:space="preserve">При </w:t>
      </w:r>
      <w:proofErr w:type="spellStart"/>
      <w:r w:rsidRPr="00903559">
        <w:rPr>
          <w:lang w:val="ru-RU"/>
        </w:rPr>
        <w:t>проектуванні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суворо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керуватися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чинними</w:t>
      </w:r>
      <w:proofErr w:type="spellEnd"/>
      <w:r w:rsidRPr="00903559">
        <w:rPr>
          <w:lang w:val="ru-RU"/>
        </w:rPr>
        <w:t xml:space="preserve"> нормативно-</w:t>
      </w:r>
      <w:proofErr w:type="spellStart"/>
      <w:r w:rsidRPr="00903559">
        <w:rPr>
          <w:lang w:val="ru-RU"/>
        </w:rPr>
        <w:t>правовими</w:t>
      </w:r>
      <w:proofErr w:type="spellEnd"/>
      <w:r w:rsidRPr="00903559">
        <w:rPr>
          <w:lang w:val="ru-RU"/>
        </w:rPr>
        <w:t xml:space="preserve"> актами </w:t>
      </w:r>
      <w:proofErr w:type="spellStart"/>
      <w:r w:rsidRPr="00903559">
        <w:rPr>
          <w:lang w:val="ru-RU"/>
        </w:rPr>
        <w:t>України</w:t>
      </w:r>
      <w:proofErr w:type="spellEnd"/>
      <w:r w:rsidRPr="00903559">
        <w:rPr>
          <w:lang w:val="ru-RU"/>
        </w:rPr>
        <w:t>:</w:t>
      </w:r>
    </w:p>
    <w:p w14:paraId="2DE5F04B" w14:textId="77777777" w:rsidR="008108F4" w:rsidRDefault="00B03494">
      <w:pPr>
        <w:pStyle w:val="a0"/>
        <w:spacing w:after="80"/>
      </w:pPr>
      <w:proofErr w:type="spellStart"/>
      <w:r>
        <w:t>Кодекс</w:t>
      </w:r>
      <w:proofErr w:type="spellEnd"/>
      <w:r>
        <w:t xml:space="preserve"> </w:t>
      </w:r>
      <w:proofErr w:type="spellStart"/>
      <w:r>
        <w:t>цивільного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;</w:t>
      </w:r>
    </w:p>
    <w:p w14:paraId="69403939" w14:textId="77777777" w:rsidR="008108F4" w:rsidRPr="00903559" w:rsidRDefault="00B03494">
      <w:pPr>
        <w:pStyle w:val="a0"/>
        <w:spacing w:after="80"/>
        <w:rPr>
          <w:lang w:val="ru-RU"/>
        </w:rPr>
      </w:pPr>
      <w:r w:rsidRPr="00903559">
        <w:rPr>
          <w:lang w:val="ru-RU"/>
        </w:rPr>
        <w:t>ДБН В.2.5-74:2013 «</w:t>
      </w:r>
      <w:proofErr w:type="spellStart"/>
      <w:r w:rsidRPr="00903559">
        <w:rPr>
          <w:lang w:val="ru-RU"/>
        </w:rPr>
        <w:t>Водопостачання</w:t>
      </w:r>
      <w:proofErr w:type="spellEnd"/>
      <w:r w:rsidRPr="00903559">
        <w:rPr>
          <w:lang w:val="ru-RU"/>
        </w:rPr>
        <w:t xml:space="preserve">. </w:t>
      </w:r>
      <w:proofErr w:type="spellStart"/>
      <w:r w:rsidRPr="00903559">
        <w:rPr>
          <w:lang w:val="ru-RU"/>
        </w:rPr>
        <w:t>Зовнішні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мережі</w:t>
      </w:r>
      <w:proofErr w:type="spellEnd"/>
      <w:r w:rsidRPr="00903559">
        <w:rPr>
          <w:lang w:val="ru-RU"/>
        </w:rPr>
        <w:t xml:space="preserve"> та </w:t>
      </w:r>
      <w:proofErr w:type="spellStart"/>
      <w:r w:rsidRPr="00903559">
        <w:rPr>
          <w:lang w:val="ru-RU"/>
        </w:rPr>
        <w:t>споруди</w:t>
      </w:r>
      <w:proofErr w:type="spellEnd"/>
      <w:r w:rsidRPr="00903559">
        <w:rPr>
          <w:lang w:val="ru-RU"/>
        </w:rPr>
        <w:t>»;</w:t>
      </w:r>
    </w:p>
    <w:p w14:paraId="5FE02096" w14:textId="77777777" w:rsidR="008108F4" w:rsidRPr="00903559" w:rsidRDefault="00B03494">
      <w:pPr>
        <w:pStyle w:val="a0"/>
        <w:spacing w:after="80"/>
        <w:rPr>
          <w:lang w:val="ru-RU"/>
        </w:rPr>
      </w:pPr>
      <w:r w:rsidRPr="00903559">
        <w:rPr>
          <w:lang w:val="ru-RU"/>
        </w:rPr>
        <w:t xml:space="preserve">ДБН А.2.2-3:2014 «Склад та </w:t>
      </w:r>
      <w:proofErr w:type="spellStart"/>
      <w:r w:rsidRPr="00903559">
        <w:rPr>
          <w:lang w:val="ru-RU"/>
        </w:rPr>
        <w:t>зміст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проектної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документації</w:t>
      </w:r>
      <w:proofErr w:type="spellEnd"/>
      <w:r w:rsidRPr="00903559">
        <w:rPr>
          <w:lang w:val="ru-RU"/>
        </w:rPr>
        <w:t xml:space="preserve"> на </w:t>
      </w:r>
      <w:proofErr w:type="spellStart"/>
      <w:r w:rsidRPr="00903559">
        <w:rPr>
          <w:lang w:val="ru-RU"/>
        </w:rPr>
        <w:t>будівництво</w:t>
      </w:r>
      <w:proofErr w:type="spellEnd"/>
      <w:r w:rsidRPr="00903559">
        <w:rPr>
          <w:lang w:val="ru-RU"/>
        </w:rPr>
        <w:t>»;</w:t>
      </w:r>
    </w:p>
    <w:p w14:paraId="344F1560" w14:textId="77777777" w:rsidR="008108F4" w:rsidRPr="00903559" w:rsidRDefault="00B03494">
      <w:pPr>
        <w:pStyle w:val="a0"/>
        <w:spacing w:after="80"/>
        <w:rPr>
          <w:lang w:val="ru-RU"/>
        </w:rPr>
      </w:pPr>
      <w:r w:rsidRPr="00903559">
        <w:rPr>
          <w:lang w:val="ru-RU"/>
        </w:rPr>
        <w:t xml:space="preserve">Правила </w:t>
      </w:r>
      <w:proofErr w:type="spellStart"/>
      <w:r w:rsidRPr="00903559">
        <w:rPr>
          <w:lang w:val="ru-RU"/>
        </w:rPr>
        <w:t>пожежної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безпеки</w:t>
      </w:r>
      <w:proofErr w:type="spellEnd"/>
      <w:r w:rsidRPr="00903559">
        <w:rPr>
          <w:lang w:val="ru-RU"/>
        </w:rPr>
        <w:t xml:space="preserve"> в </w:t>
      </w:r>
      <w:proofErr w:type="spellStart"/>
      <w:r w:rsidRPr="00903559">
        <w:rPr>
          <w:lang w:val="ru-RU"/>
        </w:rPr>
        <w:t>Україні</w:t>
      </w:r>
      <w:proofErr w:type="spellEnd"/>
      <w:r w:rsidRPr="00903559">
        <w:rPr>
          <w:lang w:val="ru-RU"/>
        </w:rPr>
        <w:t>;</w:t>
      </w:r>
    </w:p>
    <w:p w14:paraId="58F3D984" w14:textId="77777777" w:rsidR="008108F4" w:rsidRPr="00903559" w:rsidRDefault="00B03494">
      <w:pPr>
        <w:pStyle w:val="a0"/>
        <w:spacing w:after="80"/>
        <w:rPr>
          <w:lang w:val="ru-RU"/>
        </w:rPr>
      </w:pPr>
      <w:r w:rsidRPr="00903559">
        <w:rPr>
          <w:lang w:val="ru-RU"/>
        </w:rPr>
        <w:t xml:space="preserve">ДСТУ </w:t>
      </w:r>
      <w:r>
        <w:t>EN</w:t>
      </w:r>
      <w:r w:rsidRPr="00903559">
        <w:rPr>
          <w:lang w:val="ru-RU"/>
        </w:rPr>
        <w:t xml:space="preserve"> 14384 «</w:t>
      </w:r>
      <w:proofErr w:type="spellStart"/>
      <w:r w:rsidRPr="00903559">
        <w:rPr>
          <w:lang w:val="ru-RU"/>
        </w:rPr>
        <w:t>Гідранти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пожежні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наземні</w:t>
      </w:r>
      <w:proofErr w:type="spellEnd"/>
      <w:r w:rsidRPr="00903559">
        <w:rPr>
          <w:lang w:val="ru-RU"/>
        </w:rPr>
        <w:t>».</w:t>
      </w:r>
    </w:p>
    <w:p w14:paraId="1DEC8E66" w14:textId="77777777" w:rsidR="008108F4" w:rsidRDefault="00B03494">
      <w:pPr>
        <w:keepNext/>
        <w:spacing w:before="320"/>
      </w:pPr>
      <w:r>
        <w:rPr>
          <w:b/>
          <w:color w:val="003366"/>
          <w:sz w:val="26"/>
        </w:rPr>
        <w:t xml:space="preserve">6. </w:t>
      </w:r>
      <w:proofErr w:type="spellStart"/>
      <w:r>
        <w:rPr>
          <w:b/>
          <w:color w:val="003366"/>
          <w:sz w:val="26"/>
        </w:rPr>
        <w:t>Додаткові</w:t>
      </w:r>
      <w:proofErr w:type="spellEnd"/>
      <w:r>
        <w:rPr>
          <w:b/>
          <w:color w:val="003366"/>
          <w:sz w:val="26"/>
        </w:rPr>
        <w:t xml:space="preserve"> </w:t>
      </w:r>
      <w:proofErr w:type="spellStart"/>
      <w:r>
        <w:rPr>
          <w:b/>
          <w:color w:val="003366"/>
          <w:sz w:val="26"/>
        </w:rPr>
        <w:t>умови</w:t>
      </w:r>
      <w:proofErr w:type="spellEnd"/>
    </w:p>
    <w:p w14:paraId="171F92AF" w14:textId="4E5397D8" w:rsidR="008108F4" w:rsidRPr="0055001B" w:rsidRDefault="000A3120">
      <w:pPr>
        <w:pStyle w:val="a0"/>
        <w:spacing w:after="80"/>
        <w:rPr>
          <w:b/>
        </w:rPr>
      </w:pPr>
      <w:proofErr w:type="spellStart"/>
      <w:r w:rsidRPr="0055001B">
        <w:rPr>
          <w:b/>
          <w:lang w:val="ru-RU"/>
        </w:rPr>
        <w:t>П</w:t>
      </w:r>
      <w:r w:rsidR="00B03494" w:rsidRPr="0055001B">
        <w:rPr>
          <w:b/>
          <w:lang w:val="ru-RU"/>
        </w:rPr>
        <w:t>роект</w:t>
      </w:r>
      <w:r w:rsidRPr="0055001B">
        <w:rPr>
          <w:b/>
          <w:lang w:val="ru-RU"/>
        </w:rPr>
        <w:t>на</w:t>
      </w:r>
      <w:proofErr w:type="spellEnd"/>
      <w:r w:rsidRPr="0055001B">
        <w:rPr>
          <w:b/>
        </w:rPr>
        <w:t xml:space="preserve"> </w:t>
      </w:r>
      <w:r w:rsidRPr="0055001B">
        <w:rPr>
          <w:b/>
          <w:lang w:val="uk-UA"/>
        </w:rPr>
        <w:t>документація</w:t>
      </w:r>
      <w:r w:rsidR="00B03494" w:rsidRPr="0055001B">
        <w:rPr>
          <w:b/>
        </w:rPr>
        <w:t xml:space="preserve"> </w:t>
      </w:r>
      <w:proofErr w:type="spellStart"/>
      <w:r w:rsidR="00B03494" w:rsidRPr="0055001B">
        <w:rPr>
          <w:b/>
          <w:lang w:val="ru-RU"/>
        </w:rPr>
        <w:t>підлягає</w:t>
      </w:r>
      <w:proofErr w:type="spellEnd"/>
      <w:r w:rsidR="00B03494" w:rsidRPr="0055001B">
        <w:rPr>
          <w:b/>
        </w:rPr>
        <w:t xml:space="preserve"> </w:t>
      </w:r>
      <w:proofErr w:type="spellStart"/>
      <w:r w:rsidR="0061504B" w:rsidRPr="0055001B">
        <w:rPr>
          <w:b/>
          <w:lang w:val="ru-RU"/>
        </w:rPr>
        <w:t>експертизі</w:t>
      </w:r>
      <w:proofErr w:type="spellEnd"/>
      <w:r w:rsidR="0061504B" w:rsidRPr="0055001B">
        <w:rPr>
          <w:b/>
        </w:rPr>
        <w:t xml:space="preserve"> </w:t>
      </w:r>
      <w:r w:rsidR="0061504B" w:rsidRPr="0055001B">
        <w:rPr>
          <w:b/>
          <w:lang w:val="ru-RU"/>
        </w:rPr>
        <w:t>та</w:t>
      </w:r>
      <w:r w:rsidR="0061504B" w:rsidRPr="0055001B">
        <w:rPr>
          <w:b/>
        </w:rPr>
        <w:t xml:space="preserve"> </w:t>
      </w:r>
      <w:proofErr w:type="spellStart"/>
      <w:r w:rsidR="00B03494" w:rsidRPr="0055001B">
        <w:rPr>
          <w:b/>
          <w:lang w:val="ru-RU"/>
        </w:rPr>
        <w:t>обов</w:t>
      </w:r>
      <w:proofErr w:type="spellEnd"/>
      <w:r w:rsidR="00B03494" w:rsidRPr="0055001B">
        <w:rPr>
          <w:b/>
        </w:rPr>
        <w:t>'</w:t>
      </w:r>
      <w:proofErr w:type="spellStart"/>
      <w:r w:rsidR="00B03494" w:rsidRPr="0055001B">
        <w:rPr>
          <w:b/>
          <w:lang w:val="ru-RU"/>
        </w:rPr>
        <w:t>язковому</w:t>
      </w:r>
      <w:proofErr w:type="spellEnd"/>
      <w:r w:rsidR="00B03494" w:rsidRPr="0055001B">
        <w:rPr>
          <w:b/>
        </w:rPr>
        <w:t xml:space="preserve"> </w:t>
      </w:r>
      <w:proofErr w:type="spellStart"/>
      <w:r w:rsidR="00B03494" w:rsidRPr="0055001B">
        <w:rPr>
          <w:b/>
          <w:lang w:val="ru-RU"/>
        </w:rPr>
        <w:t>узгодженню</w:t>
      </w:r>
      <w:proofErr w:type="spellEnd"/>
      <w:r w:rsidR="00B03494" w:rsidRPr="0055001B">
        <w:rPr>
          <w:b/>
        </w:rPr>
        <w:t xml:space="preserve"> </w:t>
      </w:r>
      <w:r w:rsidR="00B03494" w:rsidRPr="0055001B">
        <w:rPr>
          <w:b/>
          <w:lang w:val="ru-RU"/>
        </w:rPr>
        <w:t>з</w:t>
      </w:r>
      <w:r w:rsidR="00B03494" w:rsidRPr="0055001B">
        <w:rPr>
          <w:b/>
        </w:rPr>
        <w:t xml:space="preserve"> </w:t>
      </w:r>
      <w:proofErr w:type="spellStart"/>
      <w:r w:rsidR="00B03494" w:rsidRPr="0055001B">
        <w:rPr>
          <w:b/>
          <w:lang w:val="ru-RU"/>
        </w:rPr>
        <w:t>відповідальними</w:t>
      </w:r>
      <w:proofErr w:type="spellEnd"/>
      <w:r w:rsidR="00B03494" w:rsidRPr="0055001B">
        <w:rPr>
          <w:b/>
        </w:rPr>
        <w:t xml:space="preserve"> </w:t>
      </w:r>
      <w:r w:rsidR="00B03494" w:rsidRPr="0055001B">
        <w:rPr>
          <w:b/>
          <w:lang w:val="ru-RU"/>
        </w:rPr>
        <w:t>службами</w:t>
      </w:r>
      <w:r w:rsidR="00B03494" w:rsidRPr="0055001B">
        <w:rPr>
          <w:b/>
        </w:rPr>
        <w:t xml:space="preserve"> </w:t>
      </w:r>
      <w:proofErr w:type="spellStart"/>
      <w:r w:rsidR="0061504B" w:rsidRPr="0055001B">
        <w:rPr>
          <w:b/>
          <w:lang w:val="ru-RU"/>
        </w:rPr>
        <w:t>міста</w:t>
      </w:r>
      <w:proofErr w:type="spellEnd"/>
      <w:r w:rsidR="0061504B" w:rsidRPr="0055001B">
        <w:rPr>
          <w:b/>
        </w:rPr>
        <w:t xml:space="preserve"> </w:t>
      </w:r>
      <w:r w:rsidR="0061504B" w:rsidRPr="0055001B">
        <w:rPr>
          <w:b/>
          <w:lang w:val="ru-RU"/>
        </w:rPr>
        <w:t>та</w:t>
      </w:r>
      <w:r w:rsidR="0061504B" w:rsidRPr="0055001B">
        <w:rPr>
          <w:b/>
        </w:rPr>
        <w:t xml:space="preserve"> </w:t>
      </w:r>
      <w:proofErr w:type="spellStart"/>
      <w:r w:rsidR="00B03494" w:rsidRPr="0055001B">
        <w:rPr>
          <w:b/>
          <w:lang w:val="ru-RU"/>
        </w:rPr>
        <w:t>підприємств</w:t>
      </w:r>
      <w:proofErr w:type="spellEnd"/>
      <w:r w:rsidR="0055001B" w:rsidRPr="0055001B">
        <w:rPr>
          <w:b/>
        </w:rPr>
        <w:t xml:space="preserve"> </w:t>
      </w:r>
      <w:bookmarkStart w:id="1" w:name="_GoBack"/>
      <w:bookmarkEnd w:id="1"/>
      <w:r w:rsidR="0061504B" w:rsidRPr="0055001B">
        <w:rPr>
          <w:b/>
        </w:rPr>
        <w:t>(</w:t>
      </w:r>
      <w:r w:rsidR="0061504B" w:rsidRPr="0055001B">
        <w:rPr>
          <w:b/>
          <w:lang w:val="uk-UA"/>
        </w:rPr>
        <w:t>балансоутримувачів</w:t>
      </w:r>
      <w:r w:rsidR="00B03494" w:rsidRPr="0055001B">
        <w:rPr>
          <w:b/>
        </w:rPr>
        <w:t>).</w:t>
      </w:r>
    </w:p>
    <w:p w14:paraId="314AFCD2" w14:textId="54AC7B32" w:rsidR="008108F4" w:rsidRPr="00903559" w:rsidRDefault="00B03494">
      <w:pPr>
        <w:pStyle w:val="a0"/>
        <w:spacing w:after="80"/>
        <w:rPr>
          <w:lang w:val="ru-RU"/>
        </w:rPr>
      </w:pPr>
      <w:r w:rsidRPr="00903559">
        <w:rPr>
          <w:b/>
          <w:lang w:val="ru-RU"/>
        </w:rPr>
        <w:t xml:space="preserve">Формат </w:t>
      </w:r>
      <w:proofErr w:type="spellStart"/>
      <w:r w:rsidRPr="00903559">
        <w:rPr>
          <w:b/>
          <w:lang w:val="ru-RU"/>
        </w:rPr>
        <w:t>видачі</w:t>
      </w:r>
      <w:proofErr w:type="spellEnd"/>
      <w:r w:rsidRPr="00903559">
        <w:rPr>
          <w:b/>
          <w:lang w:val="ru-RU"/>
        </w:rPr>
        <w:t>:</w:t>
      </w:r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Розроблена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документація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надається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Замовнику</w:t>
      </w:r>
      <w:proofErr w:type="spellEnd"/>
      <w:r w:rsidRPr="00903559">
        <w:rPr>
          <w:lang w:val="ru-RU"/>
        </w:rPr>
        <w:t xml:space="preserve"> в </w:t>
      </w:r>
      <w:proofErr w:type="spellStart"/>
      <w:r w:rsidRPr="00903559">
        <w:rPr>
          <w:lang w:val="ru-RU"/>
        </w:rPr>
        <w:t>паперовому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вигляді</w:t>
      </w:r>
      <w:proofErr w:type="spellEnd"/>
      <w:r w:rsidRPr="00903559">
        <w:rPr>
          <w:lang w:val="ru-RU"/>
        </w:rPr>
        <w:t xml:space="preserve"> у </w:t>
      </w:r>
      <w:proofErr w:type="spellStart"/>
      <w:r w:rsidRPr="00903559">
        <w:rPr>
          <w:lang w:val="ru-RU"/>
        </w:rPr>
        <w:t>кількості</w:t>
      </w:r>
      <w:proofErr w:type="spellEnd"/>
      <w:r w:rsidRPr="00903559">
        <w:rPr>
          <w:lang w:val="ru-RU"/>
        </w:rPr>
        <w:t xml:space="preserve"> </w:t>
      </w:r>
      <w:r w:rsidR="000A3120">
        <w:rPr>
          <w:lang w:val="ru-RU"/>
        </w:rPr>
        <w:t>4</w:t>
      </w:r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примірників</w:t>
      </w:r>
      <w:proofErr w:type="spellEnd"/>
      <w:r w:rsidRPr="00903559">
        <w:rPr>
          <w:lang w:val="ru-RU"/>
        </w:rPr>
        <w:t xml:space="preserve">, а </w:t>
      </w:r>
      <w:proofErr w:type="spellStart"/>
      <w:r w:rsidRPr="00903559">
        <w:rPr>
          <w:lang w:val="ru-RU"/>
        </w:rPr>
        <w:t>також</w:t>
      </w:r>
      <w:proofErr w:type="spellEnd"/>
      <w:r w:rsidRPr="00903559">
        <w:rPr>
          <w:lang w:val="ru-RU"/>
        </w:rPr>
        <w:t xml:space="preserve"> в </w:t>
      </w:r>
      <w:proofErr w:type="spellStart"/>
      <w:r w:rsidRPr="00903559">
        <w:rPr>
          <w:lang w:val="ru-RU"/>
        </w:rPr>
        <w:t>електронному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форматі</w:t>
      </w:r>
      <w:proofErr w:type="spellEnd"/>
      <w:r w:rsidRPr="00903559">
        <w:rPr>
          <w:lang w:val="ru-RU"/>
        </w:rPr>
        <w:t xml:space="preserve">: </w:t>
      </w:r>
      <w:proofErr w:type="spellStart"/>
      <w:r w:rsidRPr="00903559">
        <w:rPr>
          <w:lang w:val="ru-RU"/>
        </w:rPr>
        <w:t>текстова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частина</w:t>
      </w:r>
      <w:proofErr w:type="spellEnd"/>
      <w:r w:rsidRPr="00903559">
        <w:rPr>
          <w:lang w:val="ru-RU"/>
        </w:rPr>
        <w:t xml:space="preserve"> в </w:t>
      </w:r>
      <w:r>
        <w:t>PDF</w:t>
      </w:r>
      <w:r w:rsidRPr="00903559">
        <w:rPr>
          <w:lang w:val="ru-RU"/>
        </w:rPr>
        <w:t xml:space="preserve">, </w:t>
      </w:r>
      <w:proofErr w:type="spellStart"/>
      <w:r w:rsidRPr="00903559">
        <w:rPr>
          <w:lang w:val="ru-RU"/>
        </w:rPr>
        <w:t>графічна</w:t>
      </w:r>
      <w:proofErr w:type="spellEnd"/>
      <w:r w:rsidRPr="00903559">
        <w:rPr>
          <w:lang w:val="ru-RU"/>
        </w:rPr>
        <w:t xml:space="preserve"> </w:t>
      </w:r>
      <w:proofErr w:type="spellStart"/>
      <w:r w:rsidRPr="00903559">
        <w:rPr>
          <w:lang w:val="ru-RU"/>
        </w:rPr>
        <w:t>частина</w:t>
      </w:r>
      <w:proofErr w:type="spellEnd"/>
      <w:r w:rsidRPr="00903559">
        <w:rPr>
          <w:lang w:val="ru-RU"/>
        </w:rPr>
        <w:t xml:space="preserve"> — </w:t>
      </w:r>
      <w:proofErr w:type="gramStart"/>
      <w:r w:rsidRPr="00903559">
        <w:rPr>
          <w:lang w:val="ru-RU"/>
        </w:rPr>
        <w:t>у форматах</w:t>
      </w:r>
      <w:proofErr w:type="gramEnd"/>
      <w:r w:rsidRPr="00903559">
        <w:rPr>
          <w:lang w:val="ru-RU"/>
        </w:rPr>
        <w:t xml:space="preserve"> </w:t>
      </w:r>
      <w:r>
        <w:t>PDF</w:t>
      </w:r>
      <w:r w:rsidRPr="00903559">
        <w:rPr>
          <w:lang w:val="ru-RU"/>
        </w:rPr>
        <w:t xml:space="preserve"> та </w:t>
      </w:r>
      <w:r>
        <w:t>DWG</w:t>
      </w:r>
      <w:r w:rsidRPr="00903559">
        <w:rPr>
          <w:lang w:val="ru-RU"/>
        </w:rPr>
        <w:t xml:space="preserve"> (</w:t>
      </w:r>
      <w:r>
        <w:t>AutoCAD</w:t>
      </w:r>
      <w:r w:rsidRPr="00903559">
        <w:rPr>
          <w:lang w:val="ru-RU"/>
        </w:rPr>
        <w:t>).</w:t>
      </w:r>
    </w:p>
    <w:sectPr w:rsidR="008108F4" w:rsidRPr="00903559" w:rsidSect="00034616">
      <w:pgSz w:w="11909" w:h="16834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4DF1"/>
    <w:rsid w:val="000A3120"/>
    <w:rsid w:val="0015074B"/>
    <w:rsid w:val="00170A9F"/>
    <w:rsid w:val="0029639D"/>
    <w:rsid w:val="00326F90"/>
    <w:rsid w:val="004C0C6F"/>
    <w:rsid w:val="0055001B"/>
    <w:rsid w:val="005A7D8A"/>
    <w:rsid w:val="0061504B"/>
    <w:rsid w:val="006A139E"/>
    <w:rsid w:val="007B5F58"/>
    <w:rsid w:val="008108F4"/>
    <w:rsid w:val="00903559"/>
    <w:rsid w:val="009520F3"/>
    <w:rsid w:val="009B1D33"/>
    <w:rsid w:val="00A12B62"/>
    <w:rsid w:val="00AA1D8D"/>
    <w:rsid w:val="00B03494"/>
    <w:rsid w:val="00B35BD2"/>
    <w:rsid w:val="00B47730"/>
    <w:rsid w:val="00C24BE2"/>
    <w:rsid w:val="00CB0664"/>
    <w:rsid w:val="00FA17D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D1EF90"/>
  <w14:defaultImageDpi w14:val="300"/>
  <w15:docId w15:val="{4C835D51-7F59-F64F-A969-8A23AC09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903559"/>
    <w:pPr>
      <w:spacing w:after="120" w:line="288" w:lineRule="auto"/>
    </w:pPr>
    <w:rPr>
      <w:rFonts w:ascii="Arial" w:hAnsi="Arial"/>
      <w:color w:val="28282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Normal (Web)"/>
    <w:basedOn w:val="a1"/>
    <w:uiPriority w:val="99"/>
    <w:semiHidden/>
    <w:unhideWhenUsed/>
    <w:rsid w:val="00B3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4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5AA608-81B8-475C-B18D-6BE4BC3A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4073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Патюта Олег Алексеевич</cp:lastModifiedBy>
  <cp:revision>2</cp:revision>
  <cp:lastPrinted>2026-06-04T14:18:00Z</cp:lastPrinted>
  <dcterms:created xsi:type="dcterms:W3CDTF">2026-06-08T15:31:00Z</dcterms:created>
  <dcterms:modified xsi:type="dcterms:W3CDTF">2026-06-08T15:31:00Z</dcterms:modified>
  <cp:category/>
</cp:coreProperties>
</file>